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76745" w14:textId="0A0CA71F" w:rsidR="00255687" w:rsidRPr="00A27D84" w:rsidRDefault="00255687" w:rsidP="00255687">
      <w:pPr>
        <w:rPr>
          <w:rFonts w:ascii="Times New Roman" w:hAnsi="Times New Roman" w:cs="Times New Roman"/>
          <w:b/>
          <w:bCs/>
          <w:iCs/>
          <w:sz w:val="22"/>
        </w:rPr>
      </w:pPr>
      <w:r w:rsidRPr="00A27D84">
        <w:rPr>
          <w:rFonts w:ascii="Times New Roman" w:hAnsi="Times New Roman" w:cs="Times New Roman"/>
          <w:b/>
          <w:bCs/>
          <w:iCs/>
          <w:sz w:val="22"/>
        </w:rPr>
        <w:t>Anexa B.</w:t>
      </w:r>
    </w:p>
    <w:p w14:paraId="68A20739" w14:textId="44ABA5C3" w:rsidR="002F505D" w:rsidRPr="00234BCA" w:rsidRDefault="00997932" w:rsidP="00F404C1">
      <w:pPr>
        <w:pStyle w:val="Tit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Declarație de</w:t>
      </w:r>
      <w:r w:rsidR="002F505D" w:rsidRPr="00234BCA">
        <w:rPr>
          <w:rFonts w:ascii="Times New Roman" w:hAnsi="Times New Roman" w:cs="Times New Roman"/>
        </w:rPr>
        <w:t xml:space="preserve"> confirmare a suportului și parteneriatului instituțional</w:t>
      </w:r>
    </w:p>
    <w:p w14:paraId="229F6BCE" w14:textId="77777777" w:rsidR="002F505D" w:rsidRPr="00234BCA" w:rsidRDefault="002F505D" w:rsidP="00A8422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34BCA">
        <w:rPr>
          <w:rFonts w:ascii="Times New Roman" w:hAnsi="Times New Roman" w:cs="Times New Roman"/>
          <w:sz w:val="20"/>
          <w:szCs w:val="20"/>
        </w:rPr>
        <w:t>Denumirea instituției: __________________________ (denumirea oficială completă)</w:t>
      </w:r>
    </w:p>
    <w:p w14:paraId="58F7720F" w14:textId="7BAA90A5" w:rsidR="002F505D" w:rsidRPr="00234BCA" w:rsidRDefault="002F505D" w:rsidP="00A8422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34BCA">
        <w:rPr>
          <w:rFonts w:ascii="Times New Roman" w:hAnsi="Times New Roman" w:cs="Times New Roman"/>
          <w:sz w:val="20"/>
          <w:szCs w:val="20"/>
        </w:rPr>
        <w:t>Adresa: _____________________________________ (sediu</w:t>
      </w:r>
      <w:r w:rsidR="00C03A5A">
        <w:rPr>
          <w:rFonts w:ascii="Times New Roman" w:hAnsi="Times New Roman" w:cs="Times New Roman"/>
          <w:sz w:val="20"/>
          <w:szCs w:val="20"/>
        </w:rPr>
        <w:t>l</w:t>
      </w:r>
      <w:r w:rsidRPr="00234BCA">
        <w:rPr>
          <w:rFonts w:ascii="Times New Roman" w:hAnsi="Times New Roman" w:cs="Times New Roman"/>
          <w:sz w:val="20"/>
          <w:szCs w:val="20"/>
        </w:rPr>
        <w:t xml:space="preserve"> instituți</w:t>
      </w:r>
      <w:r w:rsidR="00C03A5A">
        <w:rPr>
          <w:rFonts w:ascii="Times New Roman" w:hAnsi="Times New Roman" w:cs="Times New Roman"/>
          <w:sz w:val="20"/>
          <w:szCs w:val="20"/>
        </w:rPr>
        <w:t>ei</w:t>
      </w:r>
      <w:r w:rsidRPr="00234BCA">
        <w:rPr>
          <w:rFonts w:ascii="Times New Roman" w:hAnsi="Times New Roman" w:cs="Times New Roman"/>
          <w:sz w:val="20"/>
          <w:szCs w:val="20"/>
        </w:rPr>
        <w:t>)</w:t>
      </w:r>
    </w:p>
    <w:p w14:paraId="27DF9A71" w14:textId="77777777" w:rsidR="002F505D" w:rsidRPr="00234BCA" w:rsidRDefault="002F505D" w:rsidP="00A8422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34BCA">
        <w:rPr>
          <w:rFonts w:ascii="Times New Roman" w:hAnsi="Times New Roman" w:cs="Times New Roman"/>
          <w:sz w:val="20"/>
          <w:szCs w:val="20"/>
        </w:rPr>
        <w:t>Telefon / Email: ______________________________ (date de contact funcționale)</w:t>
      </w:r>
    </w:p>
    <w:p w14:paraId="598A0B6F" w14:textId="77777777" w:rsidR="00646EF1" w:rsidRDefault="00646EF1" w:rsidP="00A8422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834B798" w14:textId="46FFAC83" w:rsidR="002F505D" w:rsidRPr="00234BCA" w:rsidRDefault="002F505D" w:rsidP="00A8422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234BCA">
        <w:rPr>
          <w:rFonts w:ascii="Times New Roman" w:hAnsi="Times New Roman" w:cs="Times New Roman"/>
          <w:b/>
          <w:bCs/>
          <w:sz w:val="20"/>
          <w:szCs w:val="20"/>
        </w:rPr>
        <w:t>Nr. _______ din _______________ (număr și dată de ieșire)</w:t>
      </w:r>
    </w:p>
    <w:p w14:paraId="161FFB3B" w14:textId="77777777" w:rsidR="00646EF1" w:rsidRDefault="00646EF1" w:rsidP="00BB1D11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5376AB3" w14:textId="313695DD" w:rsidR="002F505D" w:rsidRDefault="002F505D" w:rsidP="00BB1D11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234BCA">
        <w:rPr>
          <w:rFonts w:ascii="Times New Roman" w:hAnsi="Times New Roman" w:cs="Times New Roman"/>
          <w:b/>
          <w:bCs/>
          <w:sz w:val="20"/>
          <w:szCs w:val="20"/>
        </w:rPr>
        <w:t>Către: Instituția Privată Keystone Moldova</w:t>
      </w:r>
    </w:p>
    <w:p w14:paraId="18080E24" w14:textId="77777777" w:rsidR="00646EF1" w:rsidRPr="00234BCA" w:rsidRDefault="00646EF1" w:rsidP="00BB1D11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8D0EA32" w14:textId="14A7286E" w:rsidR="002F505D" w:rsidRPr="00234BCA" w:rsidRDefault="002F505D" w:rsidP="00A8422A">
      <w:pPr>
        <w:jc w:val="both"/>
        <w:rPr>
          <w:rFonts w:ascii="Times New Roman" w:hAnsi="Times New Roman" w:cs="Times New Roman"/>
          <w:sz w:val="20"/>
          <w:szCs w:val="20"/>
        </w:rPr>
      </w:pPr>
      <w:r w:rsidRPr="00234BCA">
        <w:rPr>
          <w:rFonts w:ascii="Times New Roman" w:hAnsi="Times New Roman" w:cs="Times New Roman"/>
          <w:sz w:val="20"/>
          <w:szCs w:val="20"/>
        </w:rPr>
        <w:t xml:space="preserve">Prin prezenta, </w:t>
      </w:r>
      <w:r w:rsidRPr="00234BCA">
        <w:rPr>
          <w:rFonts w:ascii="Times New Roman" w:hAnsi="Times New Roman" w:cs="Times New Roman"/>
          <w:i/>
          <w:iCs/>
          <w:sz w:val="20"/>
          <w:szCs w:val="20"/>
        </w:rPr>
        <w:t>[</w:t>
      </w:r>
      <w:r w:rsidRPr="002163D7">
        <w:rPr>
          <w:rFonts w:ascii="Times New Roman" w:hAnsi="Times New Roman" w:cs="Times New Roman"/>
          <w:i/>
          <w:iCs/>
          <w:color w:val="7030A0"/>
          <w:sz w:val="20"/>
          <w:szCs w:val="20"/>
        </w:rPr>
        <w:t xml:space="preserve">denumirea </w:t>
      </w:r>
      <w:r w:rsidR="00BC1C42" w:rsidRPr="002163D7">
        <w:rPr>
          <w:rFonts w:ascii="Times New Roman" w:hAnsi="Times New Roman" w:cs="Times New Roman"/>
          <w:i/>
          <w:iCs/>
          <w:color w:val="7030A0"/>
          <w:sz w:val="20"/>
          <w:szCs w:val="20"/>
        </w:rPr>
        <w:t xml:space="preserve">Partenerului de implementare ex. </w:t>
      </w:r>
      <w:r w:rsidRPr="002163D7">
        <w:rPr>
          <w:rFonts w:ascii="Times New Roman" w:hAnsi="Times New Roman" w:cs="Times New Roman"/>
          <w:i/>
          <w:iCs/>
          <w:color w:val="7030A0"/>
          <w:sz w:val="20"/>
          <w:szCs w:val="20"/>
        </w:rPr>
        <w:t>A</w:t>
      </w:r>
      <w:r w:rsidR="00AC6EFB" w:rsidRPr="002163D7">
        <w:rPr>
          <w:rFonts w:ascii="Times New Roman" w:hAnsi="Times New Roman" w:cs="Times New Roman"/>
          <w:i/>
          <w:iCs/>
          <w:color w:val="7030A0"/>
          <w:sz w:val="20"/>
          <w:szCs w:val="20"/>
        </w:rPr>
        <w:t xml:space="preserve">genția Teritorială de Asistență Socială </w:t>
      </w:r>
      <w:r w:rsidR="00B40783" w:rsidRPr="002163D7">
        <w:rPr>
          <w:rFonts w:ascii="Times New Roman" w:hAnsi="Times New Roman" w:cs="Times New Roman"/>
          <w:i/>
          <w:iCs/>
          <w:color w:val="7030A0"/>
          <w:sz w:val="20"/>
          <w:szCs w:val="20"/>
        </w:rPr>
        <w:t>______</w:t>
      </w:r>
      <w:r w:rsidR="00AC6EFB" w:rsidRPr="002163D7">
        <w:rPr>
          <w:rFonts w:ascii="Times New Roman" w:hAnsi="Times New Roman" w:cs="Times New Roman"/>
          <w:i/>
          <w:iCs/>
          <w:color w:val="7030A0"/>
          <w:sz w:val="20"/>
          <w:szCs w:val="20"/>
        </w:rPr>
        <w:t>(ATAS)</w:t>
      </w:r>
      <w:r w:rsidRPr="00234BCA">
        <w:rPr>
          <w:rFonts w:ascii="Times New Roman" w:hAnsi="Times New Roman" w:cs="Times New Roman"/>
          <w:i/>
          <w:iCs/>
          <w:sz w:val="20"/>
          <w:szCs w:val="20"/>
        </w:rPr>
        <w:t xml:space="preserve">] </w:t>
      </w:r>
      <w:r w:rsidRPr="00234BCA">
        <w:rPr>
          <w:rFonts w:ascii="Times New Roman" w:hAnsi="Times New Roman" w:cs="Times New Roman"/>
          <w:sz w:val="20"/>
          <w:szCs w:val="20"/>
        </w:rPr>
        <w:t xml:space="preserve">confirmă </w:t>
      </w:r>
      <w:r w:rsidR="005302D5">
        <w:rPr>
          <w:rFonts w:ascii="Times New Roman" w:hAnsi="Times New Roman" w:cs="Times New Roman"/>
          <w:sz w:val="20"/>
          <w:szCs w:val="20"/>
        </w:rPr>
        <w:t xml:space="preserve">suportul și intenția de a crea un parteneriat </w:t>
      </w:r>
      <w:r w:rsidRPr="00234BCA">
        <w:rPr>
          <w:rFonts w:ascii="Times New Roman" w:hAnsi="Times New Roman" w:cs="Times New Roman"/>
          <w:sz w:val="20"/>
          <w:szCs w:val="20"/>
        </w:rPr>
        <w:t xml:space="preserve">cu </w:t>
      </w:r>
      <w:r w:rsidRPr="00234BCA">
        <w:rPr>
          <w:rFonts w:ascii="Times New Roman" w:hAnsi="Times New Roman" w:cs="Times New Roman"/>
          <w:i/>
          <w:iCs/>
          <w:sz w:val="20"/>
          <w:szCs w:val="20"/>
        </w:rPr>
        <w:t>[</w:t>
      </w:r>
      <w:r w:rsidRPr="002163D7">
        <w:rPr>
          <w:rFonts w:ascii="Times New Roman" w:hAnsi="Times New Roman" w:cs="Times New Roman"/>
          <w:i/>
          <w:iCs/>
          <w:color w:val="7030A0"/>
          <w:sz w:val="20"/>
          <w:szCs w:val="20"/>
        </w:rPr>
        <w:t xml:space="preserve">denumirea organizației </w:t>
      </w:r>
      <w:r w:rsidR="00A8422A" w:rsidRPr="002163D7">
        <w:rPr>
          <w:rFonts w:ascii="Times New Roman" w:hAnsi="Times New Roman" w:cs="Times New Roman"/>
          <w:i/>
          <w:iCs/>
          <w:color w:val="7030A0"/>
          <w:sz w:val="20"/>
          <w:szCs w:val="20"/>
        </w:rPr>
        <w:t>participante la apel</w:t>
      </w:r>
      <w:r w:rsidRPr="00234BCA">
        <w:rPr>
          <w:rFonts w:ascii="Times New Roman" w:hAnsi="Times New Roman" w:cs="Times New Roman"/>
          <w:i/>
          <w:iCs/>
          <w:sz w:val="20"/>
          <w:szCs w:val="20"/>
        </w:rPr>
        <w:t>]</w:t>
      </w:r>
      <w:r w:rsidRPr="00234BCA">
        <w:rPr>
          <w:rFonts w:ascii="Times New Roman" w:hAnsi="Times New Roman" w:cs="Times New Roman"/>
          <w:sz w:val="20"/>
          <w:szCs w:val="20"/>
        </w:rPr>
        <w:t xml:space="preserve"> </w:t>
      </w:r>
      <w:r w:rsidR="00E27664" w:rsidRPr="00234BCA">
        <w:rPr>
          <w:rFonts w:ascii="Times New Roman" w:hAnsi="Times New Roman" w:cs="Times New Roman"/>
          <w:sz w:val="20"/>
          <w:szCs w:val="20"/>
        </w:rPr>
        <w:t>ce participă la Apelul de exprimare a interesului</w:t>
      </w:r>
      <w:r w:rsidR="00C44CDD">
        <w:rPr>
          <w:rFonts w:ascii="Times New Roman" w:hAnsi="Times New Roman" w:cs="Times New Roman"/>
          <w:sz w:val="20"/>
          <w:szCs w:val="20"/>
        </w:rPr>
        <w:t>,</w:t>
      </w:r>
      <w:r w:rsidR="00E27664" w:rsidRPr="00234BCA">
        <w:rPr>
          <w:rFonts w:ascii="Times New Roman" w:hAnsi="Times New Roman" w:cs="Times New Roman"/>
          <w:sz w:val="20"/>
          <w:szCs w:val="20"/>
        </w:rPr>
        <w:t xml:space="preserve"> </w:t>
      </w:r>
      <w:r w:rsidRPr="00234BCA">
        <w:rPr>
          <w:rFonts w:ascii="Times New Roman" w:hAnsi="Times New Roman" w:cs="Times New Roman"/>
          <w:sz w:val="20"/>
          <w:szCs w:val="20"/>
        </w:rPr>
        <w:t xml:space="preserve">pentru dezvoltarea </w:t>
      </w:r>
      <w:r w:rsidR="00CE64F6" w:rsidRPr="00234BCA">
        <w:rPr>
          <w:rFonts w:ascii="Times New Roman" w:hAnsi="Times New Roman" w:cs="Times New Roman"/>
          <w:sz w:val="20"/>
          <w:szCs w:val="20"/>
        </w:rPr>
        <w:t xml:space="preserve">în </w:t>
      </w:r>
      <w:r w:rsidR="00CE64F6" w:rsidRPr="00234BCA">
        <w:rPr>
          <w:rFonts w:ascii="Times New Roman" w:hAnsi="Times New Roman" w:cs="Times New Roman"/>
          <w:i/>
          <w:iCs/>
          <w:sz w:val="20"/>
          <w:szCs w:val="20"/>
        </w:rPr>
        <w:t>[</w:t>
      </w:r>
      <w:r w:rsidR="00CE64F6" w:rsidRPr="007C3EBB">
        <w:rPr>
          <w:rFonts w:ascii="Times New Roman" w:hAnsi="Times New Roman" w:cs="Times New Roman"/>
          <w:i/>
          <w:iCs/>
          <w:color w:val="7030A0"/>
          <w:sz w:val="20"/>
          <w:szCs w:val="20"/>
        </w:rPr>
        <w:t>localitatea/regiunea</w:t>
      </w:r>
      <w:r w:rsidR="00CE64F6" w:rsidRPr="00234BCA">
        <w:rPr>
          <w:rFonts w:ascii="Times New Roman" w:hAnsi="Times New Roman" w:cs="Times New Roman"/>
          <w:i/>
          <w:iCs/>
          <w:sz w:val="20"/>
          <w:szCs w:val="20"/>
        </w:rPr>
        <w:t>]</w:t>
      </w:r>
      <w:r w:rsidR="00CE64F6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r w:rsidRPr="00234BCA">
        <w:rPr>
          <w:rFonts w:ascii="Times New Roman" w:hAnsi="Times New Roman" w:cs="Times New Roman"/>
          <w:sz w:val="20"/>
          <w:szCs w:val="20"/>
        </w:rPr>
        <w:t>servici</w:t>
      </w:r>
      <w:r w:rsidR="00A46EBB">
        <w:rPr>
          <w:rFonts w:ascii="Times New Roman" w:hAnsi="Times New Roman" w:cs="Times New Roman"/>
          <w:sz w:val="20"/>
          <w:szCs w:val="20"/>
        </w:rPr>
        <w:t>ilor</w:t>
      </w:r>
      <w:r w:rsidRPr="00234BCA">
        <w:rPr>
          <w:rFonts w:ascii="Times New Roman" w:hAnsi="Times New Roman" w:cs="Times New Roman"/>
          <w:sz w:val="20"/>
          <w:szCs w:val="20"/>
        </w:rPr>
        <w:t xml:space="preserve"> social</w:t>
      </w:r>
      <w:r w:rsidR="00A46EBB">
        <w:rPr>
          <w:rFonts w:ascii="Times New Roman" w:hAnsi="Times New Roman" w:cs="Times New Roman"/>
          <w:sz w:val="20"/>
          <w:szCs w:val="20"/>
        </w:rPr>
        <w:t>e</w:t>
      </w:r>
      <w:r w:rsidR="002018AC">
        <w:rPr>
          <w:rFonts w:ascii="Times New Roman" w:hAnsi="Times New Roman" w:cs="Times New Roman"/>
          <w:sz w:val="20"/>
          <w:szCs w:val="20"/>
        </w:rPr>
        <w:t xml:space="preserve"> comunitare pentru persoane</w:t>
      </w:r>
      <w:r w:rsidR="007C3EBB">
        <w:rPr>
          <w:rFonts w:ascii="Times New Roman" w:hAnsi="Times New Roman" w:cs="Times New Roman"/>
          <w:sz w:val="20"/>
          <w:szCs w:val="20"/>
        </w:rPr>
        <w:t>le cu dizabilități</w:t>
      </w:r>
      <w:r w:rsidRPr="00234BCA">
        <w:rPr>
          <w:rFonts w:ascii="Times New Roman" w:hAnsi="Times New Roman" w:cs="Times New Roman"/>
          <w:sz w:val="20"/>
          <w:szCs w:val="20"/>
        </w:rPr>
        <w:t xml:space="preserve"> </w:t>
      </w:r>
      <w:r w:rsidR="00550CC5">
        <w:rPr>
          <w:rFonts w:ascii="Times New Roman" w:hAnsi="Times New Roman" w:cs="Times New Roman"/>
          <w:sz w:val="20"/>
          <w:szCs w:val="20"/>
        </w:rPr>
        <w:t xml:space="preserve">dezinstituționalizate din </w:t>
      </w:r>
      <w:r w:rsidR="00EB695D" w:rsidRPr="00CE64F6">
        <w:rPr>
          <w:rFonts w:ascii="Times New Roman" w:hAnsi="Times New Roman" w:cs="Times New Roman"/>
          <w:sz w:val="20"/>
          <w:szCs w:val="20"/>
        </w:rPr>
        <w:t xml:space="preserve">Centrul de </w:t>
      </w:r>
      <w:r w:rsidR="00E177C9">
        <w:rPr>
          <w:rFonts w:ascii="Times New Roman" w:hAnsi="Times New Roman" w:cs="Times New Roman"/>
          <w:sz w:val="20"/>
          <w:szCs w:val="20"/>
        </w:rPr>
        <w:t>P</w:t>
      </w:r>
      <w:r w:rsidR="00EB695D" w:rsidRPr="00CE64F6">
        <w:rPr>
          <w:rFonts w:ascii="Times New Roman" w:hAnsi="Times New Roman" w:cs="Times New Roman"/>
          <w:sz w:val="20"/>
          <w:szCs w:val="20"/>
        </w:rPr>
        <w:t xml:space="preserve">lasament </w:t>
      </w:r>
      <w:r w:rsidR="00E177C9">
        <w:rPr>
          <w:rFonts w:ascii="Times New Roman" w:hAnsi="Times New Roman" w:cs="Times New Roman"/>
          <w:sz w:val="20"/>
          <w:szCs w:val="20"/>
        </w:rPr>
        <w:t>T</w:t>
      </w:r>
      <w:r w:rsidR="00EB695D" w:rsidRPr="00CE64F6">
        <w:rPr>
          <w:rFonts w:ascii="Times New Roman" w:hAnsi="Times New Roman" w:cs="Times New Roman"/>
          <w:sz w:val="20"/>
          <w:szCs w:val="20"/>
        </w:rPr>
        <w:t xml:space="preserve">emporar pentru </w:t>
      </w:r>
      <w:r w:rsidR="00E177C9">
        <w:rPr>
          <w:rFonts w:ascii="Times New Roman" w:hAnsi="Times New Roman" w:cs="Times New Roman"/>
          <w:sz w:val="20"/>
          <w:szCs w:val="20"/>
        </w:rPr>
        <w:t>P</w:t>
      </w:r>
      <w:r w:rsidR="00EB695D" w:rsidRPr="00CE64F6">
        <w:rPr>
          <w:rFonts w:ascii="Times New Roman" w:hAnsi="Times New Roman" w:cs="Times New Roman"/>
          <w:sz w:val="20"/>
          <w:szCs w:val="20"/>
        </w:rPr>
        <w:t xml:space="preserve">ersoane cu </w:t>
      </w:r>
      <w:r w:rsidR="00E177C9">
        <w:rPr>
          <w:rFonts w:ascii="Times New Roman" w:hAnsi="Times New Roman" w:cs="Times New Roman"/>
          <w:sz w:val="20"/>
          <w:szCs w:val="20"/>
        </w:rPr>
        <w:t>D</w:t>
      </w:r>
      <w:r w:rsidR="00EB695D" w:rsidRPr="00CE64F6">
        <w:rPr>
          <w:rFonts w:ascii="Times New Roman" w:hAnsi="Times New Roman" w:cs="Times New Roman"/>
          <w:sz w:val="20"/>
          <w:szCs w:val="20"/>
        </w:rPr>
        <w:t>izabilități (</w:t>
      </w:r>
      <w:r w:rsidR="00E177C9">
        <w:rPr>
          <w:rFonts w:ascii="Times New Roman" w:hAnsi="Times New Roman" w:cs="Times New Roman"/>
          <w:sz w:val="20"/>
          <w:szCs w:val="20"/>
        </w:rPr>
        <w:t>A</w:t>
      </w:r>
      <w:r w:rsidR="00EB695D" w:rsidRPr="00CE64F6">
        <w:rPr>
          <w:rFonts w:ascii="Times New Roman" w:hAnsi="Times New Roman" w:cs="Times New Roman"/>
          <w:sz w:val="20"/>
          <w:szCs w:val="20"/>
        </w:rPr>
        <w:t xml:space="preserve">dulte) din comuna Bădiceni, </w:t>
      </w:r>
      <w:r w:rsidR="00E177C9">
        <w:rPr>
          <w:rFonts w:ascii="Times New Roman" w:hAnsi="Times New Roman" w:cs="Times New Roman"/>
          <w:sz w:val="20"/>
          <w:szCs w:val="20"/>
        </w:rPr>
        <w:t xml:space="preserve">municipiul </w:t>
      </w:r>
      <w:r w:rsidR="00EB695D" w:rsidRPr="00CE64F6">
        <w:rPr>
          <w:rFonts w:ascii="Times New Roman" w:hAnsi="Times New Roman" w:cs="Times New Roman"/>
          <w:sz w:val="20"/>
          <w:szCs w:val="20"/>
        </w:rPr>
        <w:t>Soroca</w:t>
      </w:r>
      <w:r w:rsidR="00723AC1">
        <w:rPr>
          <w:rFonts w:ascii="Times New Roman" w:hAnsi="Times New Roman" w:cs="Times New Roman"/>
          <w:sz w:val="20"/>
          <w:szCs w:val="20"/>
        </w:rPr>
        <w:t xml:space="preserve"> (</w:t>
      </w:r>
      <w:r w:rsidR="00723AC1" w:rsidRPr="00723AC1">
        <w:rPr>
          <w:rFonts w:ascii="Times New Roman" w:hAnsi="Times New Roman" w:cs="Times New Roman"/>
          <w:sz w:val="20"/>
          <w:szCs w:val="20"/>
        </w:rPr>
        <w:t>CPTPD Bădiceni)</w:t>
      </w:r>
      <w:r w:rsidRPr="00234BCA">
        <w:rPr>
          <w:rFonts w:ascii="Times New Roman" w:hAnsi="Times New Roman" w:cs="Times New Roman"/>
          <w:sz w:val="20"/>
          <w:szCs w:val="20"/>
        </w:rPr>
        <w:t>.</w:t>
      </w:r>
    </w:p>
    <w:p w14:paraId="1B3E257F" w14:textId="28DFADE5" w:rsidR="002F505D" w:rsidRPr="00234BCA" w:rsidRDefault="00234BCA" w:rsidP="00EE115B">
      <w:pPr>
        <w:shd w:val="clear" w:color="auto" w:fill="F2F2F2" w:themeFill="background1" w:themeFillShade="F2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2F505D" w:rsidRPr="00234BCA">
        <w:rPr>
          <w:rFonts w:ascii="Times New Roman" w:hAnsi="Times New Roman" w:cs="Times New Roman"/>
          <w:b/>
          <w:bCs/>
          <w:sz w:val="20"/>
          <w:szCs w:val="20"/>
        </w:rPr>
        <w:t>. Contextul și necesitatea serviciului</w:t>
      </w:r>
    </w:p>
    <w:p w14:paraId="3E371215" w14:textId="69CFFE59" w:rsidR="002F505D" w:rsidRPr="00234BCA" w:rsidRDefault="002F505D" w:rsidP="005900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34BCA">
        <w:rPr>
          <w:rFonts w:ascii="Times New Roman" w:hAnsi="Times New Roman" w:cs="Times New Roman"/>
          <w:sz w:val="20"/>
          <w:szCs w:val="20"/>
        </w:rPr>
        <w:t>Situația actuală (argumentați necesitatea dezvoltării serviciului</w:t>
      </w:r>
      <w:r w:rsidR="00E177C9">
        <w:rPr>
          <w:rFonts w:ascii="Times New Roman" w:hAnsi="Times New Roman" w:cs="Times New Roman"/>
          <w:sz w:val="20"/>
          <w:szCs w:val="20"/>
        </w:rPr>
        <w:t>,</w:t>
      </w:r>
      <w:r w:rsidRPr="00234BCA">
        <w:rPr>
          <w:rFonts w:ascii="Times New Roman" w:hAnsi="Times New Roman" w:cs="Times New Roman"/>
          <w:sz w:val="20"/>
          <w:szCs w:val="20"/>
        </w:rPr>
        <w:t xml:space="preserve"> utilizând date statistice relevante, precum numărul beneficiarilor și serviciile existente)</w:t>
      </w:r>
    </w:p>
    <w:p w14:paraId="394C4417" w14:textId="77777777" w:rsidR="007017D0" w:rsidRPr="00234BCA" w:rsidRDefault="007017D0" w:rsidP="00701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3DDCFC99" w14:textId="77777777" w:rsidR="007017D0" w:rsidRPr="00234BCA" w:rsidRDefault="007017D0" w:rsidP="00701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1DED33CF" w14:textId="77777777" w:rsidR="007017D0" w:rsidRPr="00234BCA" w:rsidRDefault="007017D0" w:rsidP="00701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748ADFBB" w14:textId="0802F4B2" w:rsidR="002F505D" w:rsidRPr="00234BCA" w:rsidRDefault="58F80C17" w:rsidP="00EE115B">
      <w:pPr>
        <w:shd w:val="clear" w:color="auto" w:fill="F2F2F2" w:themeFill="background1" w:themeFillShade="F2"/>
        <w:rPr>
          <w:rFonts w:ascii="Times New Roman" w:hAnsi="Times New Roman" w:cs="Times New Roman"/>
          <w:b/>
          <w:bCs/>
          <w:sz w:val="20"/>
          <w:szCs w:val="20"/>
        </w:rPr>
      </w:pPr>
      <w:r w:rsidRPr="76085F1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3DD50C17" w:rsidRPr="76085F1F">
        <w:rPr>
          <w:rFonts w:ascii="Times New Roman" w:hAnsi="Times New Roman" w:cs="Times New Roman"/>
          <w:b/>
          <w:bCs/>
          <w:sz w:val="20"/>
          <w:szCs w:val="20"/>
        </w:rPr>
        <w:t>. Relevanța inițiativei (</w:t>
      </w:r>
      <w:r w:rsidR="00997932">
        <w:rPr>
          <w:rFonts w:ascii="Times New Roman" w:hAnsi="Times New Roman" w:cs="Times New Roman"/>
          <w:b/>
          <w:bCs/>
          <w:sz w:val="20"/>
          <w:szCs w:val="20"/>
        </w:rPr>
        <w:t>argumentați</w:t>
      </w:r>
      <w:r w:rsidR="3DD50C17" w:rsidRPr="76085F1F">
        <w:rPr>
          <w:rFonts w:ascii="Times New Roman" w:hAnsi="Times New Roman" w:cs="Times New Roman"/>
          <w:b/>
          <w:bCs/>
          <w:sz w:val="20"/>
          <w:szCs w:val="20"/>
        </w:rPr>
        <w:t xml:space="preserve"> importanța dezvoltării serviciului)</w:t>
      </w:r>
    </w:p>
    <w:p w14:paraId="1B4E5146" w14:textId="77777777" w:rsidR="007017D0" w:rsidRPr="00234BCA" w:rsidRDefault="007017D0" w:rsidP="007017D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77CAFAF4" w14:textId="77777777" w:rsidR="007017D0" w:rsidRPr="00234BCA" w:rsidRDefault="007017D0" w:rsidP="007017D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43A510E8" w14:textId="77777777" w:rsidR="007017D0" w:rsidRPr="00234BCA" w:rsidRDefault="007017D0" w:rsidP="007017D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</w:p>
    <w:p w14:paraId="3E22D972" w14:textId="029899CA" w:rsidR="002F505D" w:rsidRDefault="006A68AC" w:rsidP="00EE115B">
      <w:pPr>
        <w:shd w:val="clear" w:color="auto" w:fill="F2F2F2" w:themeFill="background1" w:themeFillShade="F2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2F505D" w:rsidRPr="00234BCA">
        <w:rPr>
          <w:rFonts w:ascii="Times New Roman" w:hAnsi="Times New Roman" w:cs="Times New Roman"/>
          <w:b/>
          <w:bCs/>
          <w:sz w:val="20"/>
          <w:szCs w:val="20"/>
        </w:rPr>
        <w:t>. Angajament</w:t>
      </w:r>
      <w:r w:rsidR="00BC1C42">
        <w:rPr>
          <w:rFonts w:ascii="Times New Roman" w:hAnsi="Times New Roman" w:cs="Times New Roman"/>
          <w:b/>
          <w:bCs/>
          <w:sz w:val="20"/>
          <w:szCs w:val="20"/>
        </w:rPr>
        <w:t>ul</w:t>
      </w:r>
      <w:r w:rsidR="002F505D" w:rsidRPr="00234BC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C1C42">
        <w:rPr>
          <w:rFonts w:ascii="Times New Roman" w:hAnsi="Times New Roman" w:cs="Times New Roman"/>
          <w:b/>
          <w:bCs/>
          <w:sz w:val="20"/>
          <w:szCs w:val="20"/>
        </w:rPr>
        <w:t>Partenerului de implementare</w:t>
      </w:r>
    </w:p>
    <w:p w14:paraId="6C983A29" w14:textId="6BC6CF30" w:rsidR="00C44CDD" w:rsidRPr="00C44CDD" w:rsidRDefault="000005B1" w:rsidP="0078623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Prin c</w:t>
      </w:r>
      <w:r w:rsidR="00D14755">
        <w:rPr>
          <w:rFonts w:ascii="Times New Roman" w:hAnsi="Times New Roman" w:cs="Times New Roman"/>
          <w:sz w:val="20"/>
          <w:szCs w:val="20"/>
        </w:rPr>
        <w:t>onstituirea</w:t>
      </w:r>
      <w:r>
        <w:rPr>
          <w:rFonts w:ascii="Times New Roman" w:hAnsi="Times New Roman" w:cs="Times New Roman"/>
          <w:sz w:val="20"/>
          <w:szCs w:val="20"/>
        </w:rPr>
        <w:t xml:space="preserve"> parteneriatului, </w:t>
      </w:r>
      <w:r w:rsidR="00554CCA">
        <w:rPr>
          <w:rFonts w:ascii="Times New Roman" w:hAnsi="Times New Roman" w:cs="Times New Roman"/>
          <w:sz w:val="20"/>
          <w:szCs w:val="20"/>
        </w:rPr>
        <w:t xml:space="preserve">Partenerul </w:t>
      </w:r>
      <w:r w:rsidR="00545F8F">
        <w:rPr>
          <w:rFonts w:ascii="Times New Roman" w:hAnsi="Times New Roman" w:cs="Times New Roman"/>
          <w:sz w:val="20"/>
          <w:szCs w:val="20"/>
        </w:rPr>
        <w:t xml:space="preserve">de implementare </w:t>
      </w:r>
      <w:r w:rsidR="00786233">
        <w:rPr>
          <w:rFonts w:ascii="Times New Roman" w:hAnsi="Times New Roman" w:cs="Times New Roman"/>
          <w:sz w:val="20"/>
          <w:szCs w:val="20"/>
        </w:rPr>
        <w:t>se angajează să</w:t>
      </w:r>
      <w:r w:rsidR="00CD3EE8">
        <w:rPr>
          <w:rFonts w:ascii="Times New Roman" w:hAnsi="Times New Roman" w:cs="Times New Roman"/>
          <w:sz w:val="20"/>
          <w:szCs w:val="20"/>
        </w:rPr>
        <w:t xml:space="preserve"> ofer</w:t>
      </w:r>
      <w:r w:rsidR="00786233">
        <w:rPr>
          <w:rFonts w:ascii="Times New Roman" w:hAnsi="Times New Roman" w:cs="Times New Roman"/>
          <w:sz w:val="20"/>
          <w:szCs w:val="20"/>
        </w:rPr>
        <w:t>e</w:t>
      </w:r>
      <w:r w:rsidR="00CD3EE8">
        <w:rPr>
          <w:rFonts w:ascii="Times New Roman" w:hAnsi="Times New Roman" w:cs="Times New Roman"/>
          <w:sz w:val="20"/>
          <w:szCs w:val="20"/>
        </w:rPr>
        <w:t xml:space="preserve"> suport organizației la toate etapele de </w:t>
      </w:r>
      <w:r w:rsidR="007E771D">
        <w:rPr>
          <w:rFonts w:ascii="Times New Roman" w:hAnsi="Times New Roman" w:cs="Times New Roman"/>
          <w:sz w:val="20"/>
          <w:szCs w:val="20"/>
        </w:rPr>
        <w:t>dezvoltare a serviciului social</w:t>
      </w:r>
      <w:r w:rsidR="00626224">
        <w:rPr>
          <w:rFonts w:ascii="Times New Roman" w:hAnsi="Times New Roman" w:cs="Times New Roman"/>
          <w:sz w:val="20"/>
          <w:szCs w:val="20"/>
        </w:rPr>
        <w:t>, inclusiv</w:t>
      </w:r>
      <w:r w:rsidR="00741E12">
        <w:rPr>
          <w:rFonts w:ascii="Times New Roman" w:hAnsi="Times New Roman" w:cs="Times New Roman"/>
          <w:sz w:val="20"/>
          <w:szCs w:val="20"/>
        </w:rPr>
        <w:t xml:space="preserve"> prin</w:t>
      </w:r>
      <w:r w:rsidR="00CD3EE8">
        <w:rPr>
          <w:rFonts w:ascii="Times New Roman" w:hAnsi="Times New Roman" w:cs="Times New Roman"/>
          <w:sz w:val="20"/>
          <w:szCs w:val="20"/>
        </w:rPr>
        <w:t>:</w:t>
      </w:r>
    </w:p>
    <w:p w14:paraId="33D74955" w14:textId="52E321C9" w:rsidR="00EE115B" w:rsidRDefault="00000000" w:rsidP="00EE115B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178497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55A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EE115B">
        <w:rPr>
          <w:rFonts w:ascii="Times New Roman" w:hAnsi="Times New Roman" w:cs="Times New Roman"/>
          <w:sz w:val="20"/>
          <w:szCs w:val="20"/>
        </w:rPr>
        <w:t xml:space="preserve"> </w:t>
      </w:r>
      <w:r w:rsidR="00EE115B" w:rsidRPr="00234BCA">
        <w:rPr>
          <w:rFonts w:ascii="Times New Roman" w:hAnsi="Times New Roman" w:cs="Times New Roman"/>
          <w:sz w:val="20"/>
          <w:szCs w:val="20"/>
        </w:rPr>
        <w:t xml:space="preserve">colaborare pe </w:t>
      </w:r>
      <w:r w:rsidR="00741E12">
        <w:rPr>
          <w:rFonts w:ascii="Times New Roman" w:hAnsi="Times New Roman" w:cs="Times New Roman"/>
          <w:sz w:val="20"/>
          <w:szCs w:val="20"/>
        </w:rPr>
        <w:t>întreaga perioadă de implementare a</w:t>
      </w:r>
      <w:r w:rsidR="00741E12" w:rsidRPr="00234BCA">
        <w:rPr>
          <w:rFonts w:ascii="Times New Roman" w:hAnsi="Times New Roman" w:cs="Times New Roman"/>
          <w:sz w:val="20"/>
          <w:szCs w:val="20"/>
        </w:rPr>
        <w:t xml:space="preserve"> </w:t>
      </w:r>
      <w:r w:rsidR="00EE115B" w:rsidRPr="00234BCA">
        <w:rPr>
          <w:rFonts w:ascii="Times New Roman" w:hAnsi="Times New Roman" w:cs="Times New Roman"/>
          <w:sz w:val="20"/>
          <w:szCs w:val="20"/>
        </w:rPr>
        <w:t>proiectului</w:t>
      </w:r>
    </w:p>
    <w:p w14:paraId="58C881D5" w14:textId="15C1136F" w:rsidR="00D31BCC" w:rsidRPr="00AC18F9" w:rsidRDefault="00000000" w:rsidP="00D31BCC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203022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1BC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D31BCC" w:rsidRPr="00234BCA">
        <w:rPr>
          <w:rFonts w:ascii="Times New Roman" w:hAnsi="Times New Roman" w:cs="Times New Roman"/>
          <w:sz w:val="20"/>
          <w:szCs w:val="20"/>
        </w:rPr>
        <w:t xml:space="preserve"> </w:t>
      </w:r>
      <w:r w:rsidR="00D31BCC" w:rsidRPr="00AC18F9">
        <w:rPr>
          <w:rFonts w:ascii="Times New Roman" w:hAnsi="Times New Roman" w:cs="Times New Roman"/>
          <w:sz w:val="20"/>
          <w:szCs w:val="20"/>
        </w:rPr>
        <w:t>colaborare interinstituțională</w:t>
      </w:r>
      <w:r w:rsidR="003B6314" w:rsidRPr="00AC18F9">
        <w:rPr>
          <w:rFonts w:ascii="Times New Roman" w:hAnsi="Times New Roman" w:cs="Times New Roman"/>
          <w:sz w:val="20"/>
          <w:szCs w:val="20"/>
        </w:rPr>
        <w:t xml:space="preserve"> cu autoritățile și instituțiile relevante</w:t>
      </w:r>
    </w:p>
    <w:p w14:paraId="486D542F" w14:textId="4409633A" w:rsidR="00D31BCC" w:rsidRPr="00AC18F9" w:rsidRDefault="00000000" w:rsidP="00D31BCC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678655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1BCC" w:rsidRPr="00AC18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31BCC" w:rsidRPr="00AC18F9">
        <w:rPr>
          <w:rFonts w:ascii="Times New Roman" w:hAnsi="Times New Roman" w:cs="Times New Roman"/>
          <w:sz w:val="20"/>
          <w:szCs w:val="20"/>
        </w:rPr>
        <w:t xml:space="preserve"> coordonare </w:t>
      </w:r>
      <w:r w:rsidR="003B6314" w:rsidRPr="00AC18F9">
        <w:rPr>
          <w:rFonts w:ascii="Times New Roman" w:hAnsi="Times New Roman" w:cs="Times New Roman"/>
          <w:sz w:val="20"/>
          <w:szCs w:val="20"/>
        </w:rPr>
        <w:t xml:space="preserve">și suport </w:t>
      </w:r>
      <w:r w:rsidR="00D31BCC" w:rsidRPr="00AC18F9">
        <w:rPr>
          <w:rFonts w:ascii="Times New Roman" w:hAnsi="Times New Roman" w:cs="Times New Roman"/>
          <w:sz w:val="20"/>
          <w:szCs w:val="20"/>
        </w:rPr>
        <w:t>continu</w:t>
      </w:r>
      <w:r w:rsidR="003B6314" w:rsidRPr="00AC18F9">
        <w:rPr>
          <w:rFonts w:ascii="Times New Roman" w:hAnsi="Times New Roman" w:cs="Times New Roman"/>
          <w:sz w:val="20"/>
          <w:szCs w:val="20"/>
        </w:rPr>
        <w:t xml:space="preserve">u </w:t>
      </w:r>
      <w:r w:rsidR="00B34C80" w:rsidRPr="00AC18F9">
        <w:rPr>
          <w:rFonts w:ascii="Times New Roman" w:hAnsi="Times New Roman" w:cs="Times New Roman"/>
          <w:sz w:val="20"/>
          <w:szCs w:val="20"/>
        </w:rPr>
        <w:t>în procesul de dezvoltare și funcționare a serviciului</w:t>
      </w:r>
    </w:p>
    <w:p w14:paraId="5F06FD66" w14:textId="41CCFF87" w:rsidR="008B6F97" w:rsidRPr="00AC18F9" w:rsidRDefault="00000000" w:rsidP="00EE115B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624805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17" w:rsidRPr="4D9B49B5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="00EE115B" w:rsidRPr="4D9B49B5">
        <w:rPr>
          <w:rFonts w:ascii="Times New Roman" w:hAnsi="Times New Roman" w:cs="Times New Roman"/>
          <w:sz w:val="20"/>
          <w:szCs w:val="20"/>
        </w:rPr>
        <w:t xml:space="preserve"> </w:t>
      </w:r>
      <w:r w:rsidR="008B6F97" w:rsidRPr="4D9B49B5">
        <w:rPr>
          <w:rFonts w:ascii="Times New Roman" w:hAnsi="Times New Roman" w:cs="Times New Roman"/>
          <w:sz w:val="20"/>
          <w:szCs w:val="20"/>
        </w:rPr>
        <w:t>identificarea imobilului</w:t>
      </w:r>
      <w:r w:rsidR="00AF45B8" w:rsidRPr="4D9B49B5">
        <w:rPr>
          <w:rFonts w:ascii="Times New Roman" w:hAnsi="Times New Roman" w:cs="Times New Roman"/>
          <w:sz w:val="20"/>
          <w:szCs w:val="20"/>
        </w:rPr>
        <w:t xml:space="preserve"> pentru crearea serviciului </w:t>
      </w:r>
    </w:p>
    <w:p w14:paraId="75265B8F" w14:textId="7B8FDCD4" w:rsidR="00F36ACD" w:rsidRPr="00AC18F9" w:rsidRDefault="00000000" w:rsidP="4D9B49B5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42528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95B3" w:rsidRPr="4D9B49B5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="00D895B3" w:rsidRPr="4D9B49B5">
        <w:rPr>
          <w:rFonts w:ascii="Times New Roman" w:hAnsi="Times New Roman" w:cs="Times New Roman"/>
          <w:sz w:val="20"/>
          <w:szCs w:val="20"/>
        </w:rPr>
        <w:t xml:space="preserve"> </w:t>
      </w:r>
      <w:r w:rsidR="00AC18F9" w:rsidRPr="4D9B49B5">
        <w:rPr>
          <w:rFonts w:ascii="Times New Roman" w:hAnsi="Times New Roman" w:cs="Times New Roman"/>
          <w:sz w:val="20"/>
          <w:szCs w:val="20"/>
        </w:rPr>
        <w:t xml:space="preserve">promovarea serviciului și informarea comunității </w:t>
      </w:r>
      <w:r w:rsidR="006840D1" w:rsidRPr="4D9B49B5">
        <w:rPr>
          <w:rFonts w:ascii="Times New Roman" w:hAnsi="Times New Roman" w:cs="Times New Roman"/>
          <w:sz w:val="20"/>
          <w:szCs w:val="20"/>
        </w:rPr>
        <w:t xml:space="preserve">cu privire la accesarea acestuia </w:t>
      </w:r>
    </w:p>
    <w:p w14:paraId="757B4A8B" w14:textId="7B8A7FA7" w:rsidR="00AD7E4E" w:rsidRPr="00234BCA" w:rsidRDefault="00000000" w:rsidP="00AD7E4E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307894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224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AD7E4E" w:rsidRPr="00234BCA">
        <w:rPr>
          <w:rFonts w:ascii="Times New Roman" w:hAnsi="Times New Roman" w:cs="Times New Roman"/>
          <w:sz w:val="20"/>
          <w:szCs w:val="20"/>
        </w:rPr>
        <w:t xml:space="preserve"> </w:t>
      </w:r>
      <w:r w:rsidR="00E85489">
        <w:rPr>
          <w:rFonts w:ascii="Times New Roman" w:hAnsi="Times New Roman" w:cs="Times New Roman"/>
          <w:sz w:val="20"/>
          <w:szCs w:val="20"/>
        </w:rPr>
        <w:t xml:space="preserve">aplicarea </w:t>
      </w:r>
      <w:r w:rsidR="002F505D" w:rsidRPr="00234BCA">
        <w:rPr>
          <w:rFonts w:ascii="Times New Roman" w:hAnsi="Times New Roman" w:cs="Times New Roman"/>
          <w:sz w:val="20"/>
          <w:szCs w:val="20"/>
        </w:rPr>
        <w:t>management</w:t>
      </w:r>
      <w:r w:rsidR="00E85489">
        <w:rPr>
          <w:rFonts w:ascii="Times New Roman" w:hAnsi="Times New Roman" w:cs="Times New Roman"/>
          <w:sz w:val="20"/>
          <w:szCs w:val="20"/>
        </w:rPr>
        <w:t>ului</w:t>
      </w:r>
      <w:r w:rsidR="002F505D" w:rsidRPr="00234BCA">
        <w:rPr>
          <w:rFonts w:ascii="Times New Roman" w:hAnsi="Times New Roman" w:cs="Times New Roman"/>
          <w:sz w:val="20"/>
          <w:szCs w:val="20"/>
        </w:rPr>
        <w:t xml:space="preserve"> de caz</w:t>
      </w:r>
      <w:r w:rsidR="00E85489">
        <w:rPr>
          <w:rFonts w:ascii="Times New Roman" w:hAnsi="Times New Roman" w:cs="Times New Roman"/>
          <w:sz w:val="20"/>
          <w:szCs w:val="20"/>
        </w:rPr>
        <w:t xml:space="preserve">, în conformitate cu cadrul normativ </w:t>
      </w:r>
    </w:p>
    <w:p w14:paraId="24E87570" w14:textId="0B501678" w:rsidR="002F505D" w:rsidRDefault="00000000" w:rsidP="00AD7E4E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897895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224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AD7E4E" w:rsidRPr="00234BCA">
        <w:rPr>
          <w:rFonts w:ascii="Times New Roman" w:hAnsi="Times New Roman" w:cs="Times New Roman"/>
          <w:sz w:val="20"/>
          <w:szCs w:val="20"/>
        </w:rPr>
        <w:t xml:space="preserve"> </w:t>
      </w:r>
      <w:r w:rsidR="002F505D" w:rsidRPr="00234BCA">
        <w:rPr>
          <w:rFonts w:ascii="Times New Roman" w:hAnsi="Times New Roman" w:cs="Times New Roman"/>
          <w:sz w:val="20"/>
          <w:szCs w:val="20"/>
        </w:rPr>
        <w:t>monitorizare</w:t>
      </w:r>
      <w:r w:rsidR="00215DC2">
        <w:rPr>
          <w:rFonts w:ascii="Times New Roman" w:hAnsi="Times New Roman" w:cs="Times New Roman"/>
          <w:sz w:val="20"/>
          <w:szCs w:val="20"/>
        </w:rPr>
        <w:t xml:space="preserve">a și evaluarea calității </w:t>
      </w:r>
      <w:r w:rsidR="002F505D" w:rsidRPr="00234BCA">
        <w:rPr>
          <w:rFonts w:ascii="Times New Roman" w:hAnsi="Times New Roman" w:cs="Times New Roman"/>
          <w:sz w:val="20"/>
          <w:szCs w:val="20"/>
        </w:rPr>
        <w:t>serviciu</w:t>
      </w:r>
      <w:r w:rsidR="00215DC2">
        <w:rPr>
          <w:rFonts w:ascii="Times New Roman" w:hAnsi="Times New Roman" w:cs="Times New Roman"/>
          <w:sz w:val="20"/>
          <w:szCs w:val="20"/>
        </w:rPr>
        <w:t>lui</w:t>
      </w:r>
    </w:p>
    <w:p w14:paraId="3CFD5EA7" w14:textId="0A71AB8F" w:rsidR="00883AD4" w:rsidRDefault="00000000" w:rsidP="00AD7E4E">
      <w:pPr>
        <w:spacing w:after="0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74254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AD4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83AD4">
        <w:rPr>
          <w:rFonts w:ascii="Times New Roman" w:hAnsi="Times New Roman" w:cs="Times New Roman"/>
          <w:sz w:val="20"/>
          <w:szCs w:val="20"/>
        </w:rPr>
        <w:t xml:space="preserve"> </w:t>
      </w:r>
      <w:r w:rsidR="00712186">
        <w:rPr>
          <w:rFonts w:ascii="Times New Roman" w:hAnsi="Times New Roman" w:cs="Times New Roman"/>
          <w:sz w:val="20"/>
          <w:szCs w:val="20"/>
        </w:rPr>
        <w:t>dezvoltarea</w:t>
      </w:r>
      <w:r w:rsidR="00215DC2">
        <w:rPr>
          <w:rFonts w:ascii="Times New Roman" w:hAnsi="Times New Roman" w:cs="Times New Roman"/>
          <w:sz w:val="20"/>
          <w:szCs w:val="20"/>
        </w:rPr>
        <w:t xml:space="preserve"> profesională </w:t>
      </w:r>
      <w:r w:rsidR="005E1A85">
        <w:rPr>
          <w:rFonts w:ascii="Times New Roman" w:hAnsi="Times New Roman" w:cs="Times New Roman"/>
          <w:sz w:val="20"/>
          <w:szCs w:val="20"/>
        </w:rPr>
        <w:t>și supervizare</w:t>
      </w:r>
      <w:r w:rsidR="00712186">
        <w:rPr>
          <w:rFonts w:ascii="Times New Roman" w:hAnsi="Times New Roman" w:cs="Times New Roman"/>
          <w:sz w:val="20"/>
          <w:szCs w:val="20"/>
        </w:rPr>
        <w:t>a</w:t>
      </w:r>
      <w:r w:rsidR="00883AD4">
        <w:rPr>
          <w:rFonts w:ascii="Times New Roman" w:hAnsi="Times New Roman" w:cs="Times New Roman"/>
          <w:sz w:val="20"/>
          <w:szCs w:val="20"/>
        </w:rPr>
        <w:t xml:space="preserve"> </w:t>
      </w:r>
      <w:r w:rsidR="004434B4">
        <w:rPr>
          <w:rFonts w:ascii="Times New Roman" w:hAnsi="Times New Roman" w:cs="Times New Roman"/>
          <w:sz w:val="20"/>
          <w:szCs w:val="20"/>
        </w:rPr>
        <w:t>personalului</w:t>
      </w:r>
      <w:r w:rsidR="004434B4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883AD4">
        <w:rPr>
          <w:rFonts w:ascii="Times New Roman" w:hAnsi="Times New Roman" w:cs="Times New Roman"/>
          <w:sz w:val="20"/>
          <w:szCs w:val="20"/>
          <w:lang w:val="ro-RO"/>
        </w:rPr>
        <w:t>din cadrul serviciului</w:t>
      </w:r>
    </w:p>
    <w:p w14:paraId="76C8F52D" w14:textId="2AE0E845" w:rsidR="00642146" w:rsidRDefault="00000000" w:rsidP="00642146">
      <w:pPr>
        <w:spacing w:after="0"/>
        <w:rPr>
          <w:rFonts w:ascii="Times New Roman" w:hAnsi="Times New Roman" w:cs="Times New Roman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891429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2146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42146">
        <w:rPr>
          <w:rFonts w:ascii="Times New Roman" w:hAnsi="Times New Roman" w:cs="Times New Roman"/>
          <w:sz w:val="20"/>
          <w:szCs w:val="20"/>
        </w:rPr>
        <w:t xml:space="preserve"> </w:t>
      </w:r>
      <w:r w:rsidR="00085C3F">
        <w:rPr>
          <w:rFonts w:ascii="Times New Roman" w:hAnsi="Times New Roman" w:cs="Times New Roman"/>
          <w:sz w:val="20"/>
          <w:szCs w:val="20"/>
        </w:rPr>
        <w:t xml:space="preserve">sprijinirea procesului de </w:t>
      </w:r>
      <w:r w:rsidR="00642146" w:rsidRPr="76085F1F">
        <w:rPr>
          <w:rFonts w:ascii="Times New Roman" w:hAnsi="Times New Roman" w:cs="Times New Roman"/>
          <w:sz w:val="20"/>
          <w:szCs w:val="20"/>
        </w:rPr>
        <w:t>acreditare</w:t>
      </w:r>
      <w:r w:rsidR="00085C3F">
        <w:rPr>
          <w:rFonts w:ascii="Times New Roman" w:hAnsi="Times New Roman" w:cs="Times New Roman"/>
          <w:sz w:val="20"/>
          <w:szCs w:val="20"/>
        </w:rPr>
        <w:t xml:space="preserve"> </w:t>
      </w:r>
      <w:r w:rsidR="00642146" w:rsidRPr="76085F1F">
        <w:rPr>
          <w:rFonts w:ascii="Times New Roman" w:hAnsi="Times New Roman" w:cs="Times New Roman"/>
          <w:sz w:val="20"/>
          <w:szCs w:val="20"/>
        </w:rPr>
        <w:t xml:space="preserve">a </w:t>
      </w:r>
      <w:r w:rsidR="00642146">
        <w:rPr>
          <w:rFonts w:ascii="Times New Roman" w:hAnsi="Times New Roman" w:cs="Times New Roman"/>
          <w:sz w:val="20"/>
          <w:szCs w:val="20"/>
        </w:rPr>
        <w:t>s</w:t>
      </w:r>
      <w:r w:rsidR="00642146" w:rsidRPr="76085F1F">
        <w:rPr>
          <w:rFonts w:ascii="Times New Roman" w:hAnsi="Times New Roman" w:cs="Times New Roman"/>
          <w:sz w:val="20"/>
          <w:szCs w:val="20"/>
        </w:rPr>
        <w:t>erviciului</w:t>
      </w:r>
    </w:p>
    <w:p w14:paraId="5996F5F9" w14:textId="3C78BC7F" w:rsidR="0096397D" w:rsidRPr="00234BCA" w:rsidRDefault="00000000" w:rsidP="00A27D8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321471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397D" w:rsidRPr="4D9B49B5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="0096397D" w:rsidRPr="4D9B49B5">
        <w:rPr>
          <w:rFonts w:ascii="Times New Roman" w:hAnsi="Times New Roman" w:cs="Times New Roman"/>
          <w:sz w:val="20"/>
          <w:szCs w:val="20"/>
        </w:rPr>
        <w:t xml:space="preserve"> </w:t>
      </w:r>
      <w:r w:rsidR="00085C3F" w:rsidRPr="4D9B49B5">
        <w:rPr>
          <w:rFonts w:ascii="Times New Roman" w:hAnsi="Times New Roman" w:cs="Times New Roman"/>
          <w:sz w:val="20"/>
          <w:szCs w:val="20"/>
        </w:rPr>
        <w:t>preluarea</w:t>
      </w:r>
      <w:r w:rsidR="0096397D" w:rsidRPr="4D9B49B5">
        <w:rPr>
          <w:rFonts w:ascii="Times New Roman" w:hAnsi="Times New Roman" w:cs="Times New Roman"/>
          <w:sz w:val="20"/>
          <w:szCs w:val="20"/>
        </w:rPr>
        <w:t xml:space="preserve"> </w:t>
      </w:r>
      <w:r w:rsidR="00A821A2" w:rsidRPr="4D9B49B5">
        <w:rPr>
          <w:rFonts w:ascii="Times New Roman" w:hAnsi="Times New Roman" w:cs="Times New Roman"/>
          <w:sz w:val="20"/>
          <w:szCs w:val="20"/>
        </w:rPr>
        <w:t>î</w:t>
      </w:r>
      <w:r w:rsidR="0096397D" w:rsidRPr="4D9B49B5">
        <w:rPr>
          <w:rFonts w:ascii="Times New Roman" w:hAnsi="Times New Roman" w:cs="Times New Roman"/>
          <w:sz w:val="20"/>
          <w:szCs w:val="20"/>
        </w:rPr>
        <w:t xml:space="preserve">n proprietate </w:t>
      </w:r>
      <w:r w:rsidR="00085C3F" w:rsidRPr="4D9B49B5">
        <w:rPr>
          <w:rFonts w:ascii="Times New Roman" w:hAnsi="Times New Roman" w:cs="Times New Roman"/>
          <w:sz w:val="20"/>
          <w:szCs w:val="20"/>
        </w:rPr>
        <w:t xml:space="preserve">a </w:t>
      </w:r>
      <w:r w:rsidR="0096397D" w:rsidRPr="4D9B49B5">
        <w:rPr>
          <w:rFonts w:ascii="Times New Roman" w:hAnsi="Times New Roman" w:cs="Times New Roman"/>
          <w:sz w:val="20"/>
          <w:szCs w:val="20"/>
        </w:rPr>
        <w:t>bunuril</w:t>
      </w:r>
      <w:r w:rsidR="00085C3F" w:rsidRPr="4D9B49B5">
        <w:rPr>
          <w:rFonts w:ascii="Times New Roman" w:hAnsi="Times New Roman" w:cs="Times New Roman"/>
          <w:sz w:val="20"/>
          <w:szCs w:val="20"/>
        </w:rPr>
        <w:t>or</w:t>
      </w:r>
      <w:r w:rsidR="0096397D" w:rsidRPr="4D9B49B5">
        <w:rPr>
          <w:rFonts w:ascii="Times New Roman" w:hAnsi="Times New Roman" w:cs="Times New Roman"/>
          <w:sz w:val="20"/>
          <w:szCs w:val="20"/>
        </w:rPr>
        <w:t xml:space="preserve"> mobile și imobile procurate în </w:t>
      </w:r>
      <w:r w:rsidR="0007522E" w:rsidRPr="4D9B49B5">
        <w:rPr>
          <w:rFonts w:ascii="Times New Roman" w:hAnsi="Times New Roman" w:cs="Times New Roman"/>
          <w:sz w:val="20"/>
          <w:szCs w:val="20"/>
        </w:rPr>
        <w:t>cadrul proiectului</w:t>
      </w:r>
      <w:r w:rsidR="007051EA" w:rsidRPr="4D9B49B5">
        <w:rPr>
          <w:rFonts w:ascii="Times New Roman" w:hAnsi="Times New Roman" w:cs="Times New Roman"/>
          <w:sz w:val="20"/>
          <w:szCs w:val="20"/>
        </w:rPr>
        <w:t xml:space="preserve"> </w:t>
      </w:r>
      <w:r w:rsidR="0096397D" w:rsidRPr="4D9B49B5">
        <w:rPr>
          <w:rFonts w:ascii="Times New Roman" w:hAnsi="Times New Roman" w:cs="Times New Roman"/>
          <w:sz w:val="20"/>
          <w:szCs w:val="20"/>
        </w:rPr>
        <w:t xml:space="preserve">și </w:t>
      </w:r>
      <w:r w:rsidR="0007522E" w:rsidRPr="4D9B49B5">
        <w:rPr>
          <w:rFonts w:ascii="Times New Roman" w:hAnsi="Times New Roman" w:cs="Times New Roman"/>
          <w:sz w:val="20"/>
          <w:szCs w:val="20"/>
        </w:rPr>
        <w:t>asigurarea</w:t>
      </w:r>
      <w:r w:rsidR="00A821A2" w:rsidRPr="4D9B49B5">
        <w:rPr>
          <w:rFonts w:ascii="Times New Roman" w:hAnsi="Times New Roman" w:cs="Times New Roman"/>
          <w:sz w:val="20"/>
          <w:szCs w:val="20"/>
        </w:rPr>
        <w:t xml:space="preserve"> </w:t>
      </w:r>
      <w:r w:rsidR="007051EA" w:rsidRPr="4D9B49B5">
        <w:rPr>
          <w:rFonts w:ascii="Times New Roman" w:hAnsi="Times New Roman" w:cs="Times New Roman"/>
          <w:sz w:val="20"/>
          <w:szCs w:val="20"/>
        </w:rPr>
        <w:t>sustenabilit</w:t>
      </w:r>
      <w:r w:rsidR="0007522E" w:rsidRPr="4D9B49B5">
        <w:rPr>
          <w:rFonts w:ascii="Times New Roman" w:hAnsi="Times New Roman" w:cs="Times New Roman"/>
          <w:sz w:val="20"/>
          <w:szCs w:val="20"/>
        </w:rPr>
        <w:t>ății</w:t>
      </w:r>
      <w:r w:rsidR="007051EA" w:rsidRPr="4D9B49B5">
        <w:rPr>
          <w:rFonts w:ascii="Times New Roman" w:hAnsi="Times New Roman" w:cs="Times New Roman"/>
          <w:sz w:val="20"/>
          <w:szCs w:val="20"/>
        </w:rPr>
        <w:t xml:space="preserve"> serviciului după finalizarea perioadei de implementare a proiectului, inclusiv prin planificarea și alocarea resurselor financiare și administrative necesare pentru funcționarea și dezvoltarea acestuia.</w:t>
      </w:r>
    </w:p>
    <w:p w14:paraId="04EE1BBD" w14:textId="65CD0DC4" w:rsidR="002F505D" w:rsidRPr="00234BCA" w:rsidRDefault="00000000" w:rsidP="00AD7E4E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671710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224" w:rsidRPr="4D9B49B5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="00AD7E4E" w:rsidRPr="4D9B49B5">
        <w:rPr>
          <w:rFonts w:ascii="Times New Roman" w:hAnsi="Times New Roman" w:cs="Times New Roman"/>
          <w:sz w:val="20"/>
          <w:szCs w:val="20"/>
        </w:rPr>
        <w:t xml:space="preserve"> </w:t>
      </w:r>
      <w:r w:rsidR="002F505D" w:rsidRPr="4D9B49B5">
        <w:rPr>
          <w:rFonts w:ascii="Times New Roman" w:hAnsi="Times New Roman" w:cs="Times New Roman"/>
          <w:sz w:val="20"/>
          <w:szCs w:val="20"/>
        </w:rPr>
        <w:t>altele</w:t>
      </w:r>
      <w:r w:rsidR="467E5011" w:rsidRPr="4D9B49B5">
        <w:rPr>
          <w:rFonts w:ascii="Times New Roman" w:hAnsi="Times New Roman" w:cs="Times New Roman"/>
          <w:sz w:val="20"/>
          <w:szCs w:val="20"/>
        </w:rPr>
        <w:t xml:space="preserve"> (specificați)</w:t>
      </w:r>
      <w:r w:rsidR="002F505D" w:rsidRPr="4D9B49B5">
        <w:rPr>
          <w:rFonts w:ascii="Times New Roman" w:hAnsi="Times New Roman" w:cs="Times New Roman"/>
          <w:sz w:val="20"/>
          <w:szCs w:val="20"/>
        </w:rPr>
        <w:t>: ______________________________</w:t>
      </w:r>
    </w:p>
    <w:p w14:paraId="05BDD070" w14:textId="77777777" w:rsidR="00EE115B" w:rsidRDefault="00EE115B" w:rsidP="0007090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DAAD12A" w14:textId="27999439" w:rsidR="002F505D" w:rsidRPr="00507747" w:rsidRDefault="07E256BB" w:rsidP="0007090C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6F47C023">
        <w:rPr>
          <w:rFonts w:ascii="Times New Roman" w:hAnsi="Times New Roman" w:cs="Times New Roman"/>
          <w:b/>
          <w:bCs/>
          <w:sz w:val="20"/>
          <w:szCs w:val="20"/>
        </w:rPr>
        <w:t xml:space="preserve">Dacă proiectul va fi finanțat, </w:t>
      </w:r>
      <w:r w:rsidR="00534B0E">
        <w:rPr>
          <w:rFonts w:ascii="Times New Roman" w:hAnsi="Times New Roman" w:cs="Times New Roman"/>
          <w:b/>
          <w:bCs/>
          <w:sz w:val="20"/>
          <w:szCs w:val="20"/>
        </w:rPr>
        <w:t>Partenerul de implementare</w:t>
      </w:r>
      <w:r w:rsidR="00534B0E" w:rsidRPr="6F47C02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6F47C023">
        <w:rPr>
          <w:rFonts w:ascii="Times New Roman" w:hAnsi="Times New Roman" w:cs="Times New Roman"/>
          <w:b/>
          <w:bCs/>
          <w:sz w:val="20"/>
          <w:szCs w:val="20"/>
        </w:rPr>
        <w:t>împreună cu organizația implementatoare</w:t>
      </w:r>
      <w:r w:rsidR="3AFCD4D4" w:rsidRPr="6F47C023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6F47C023">
        <w:rPr>
          <w:rFonts w:ascii="Times New Roman" w:hAnsi="Times New Roman" w:cs="Times New Roman"/>
          <w:b/>
          <w:bCs/>
          <w:sz w:val="20"/>
          <w:szCs w:val="20"/>
        </w:rPr>
        <w:t>urmează să semneze un acord de parteneriat detaliat.</w:t>
      </w:r>
    </w:p>
    <w:p w14:paraId="387DCAD4" w14:textId="77777777" w:rsidR="002F505D" w:rsidRPr="00234BCA" w:rsidRDefault="002F505D" w:rsidP="002F505D">
      <w:pPr>
        <w:rPr>
          <w:rFonts w:ascii="Times New Roman" w:hAnsi="Times New Roman" w:cs="Times New Roman"/>
          <w:sz w:val="20"/>
          <w:szCs w:val="20"/>
        </w:rPr>
      </w:pPr>
    </w:p>
    <w:p w14:paraId="4CDAF1CB" w14:textId="77777777" w:rsidR="002F505D" w:rsidRPr="00234BCA" w:rsidRDefault="002F505D" w:rsidP="00653F5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234BCA">
        <w:rPr>
          <w:rFonts w:ascii="Times New Roman" w:hAnsi="Times New Roman" w:cs="Times New Roman"/>
          <w:b/>
          <w:bCs/>
          <w:sz w:val="20"/>
          <w:szCs w:val="20"/>
        </w:rPr>
        <w:t>Cu respect,</w:t>
      </w:r>
    </w:p>
    <w:p w14:paraId="067ADD3B" w14:textId="77777777" w:rsidR="002F505D" w:rsidRPr="00234BCA" w:rsidRDefault="002F505D" w:rsidP="00653F5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34BCA">
        <w:rPr>
          <w:rFonts w:ascii="Times New Roman" w:hAnsi="Times New Roman" w:cs="Times New Roman"/>
          <w:sz w:val="20"/>
          <w:szCs w:val="20"/>
        </w:rPr>
        <w:t>Nume: __________________________ (nume responsabil)</w:t>
      </w:r>
    </w:p>
    <w:p w14:paraId="3285C3CD" w14:textId="77777777" w:rsidR="002F505D" w:rsidRPr="00234BCA" w:rsidRDefault="002F505D" w:rsidP="00653F5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34BCA">
        <w:rPr>
          <w:rFonts w:ascii="Times New Roman" w:hAnsi="Times New Roman" w:cs="Times New Roman"/>
          <w:sz w:val="20"/>
          <w:szCs w:val="20"/>
        </w:rPr>
        <w:t>Funcția: ________________________ (funcția oficială)</w:t>
      </w:r>
    </w:p>
    <w:p w14:paraId="50B55F1F" w14:textId="77777777" w:rsidR="002F505D" w:rsidRPr="00234BCA" w:rsidRDefault="002F505D" w:rsidP="00653F5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34BCA">
        <w:rPr>
          <w:rFonts w:ascii="Times New Roman" w:hAnsi="Times New Roman" w:cs="Times New Roman"/>
          <w:sz w:val="20"/>
          <w:szCs w:val="20"/>
        </w:rPr>
        <w:t>Instituția: _____________________</w:t>
      </w:r>
    </w:p>
    <w:p w14:paraId="590F0552" w14:textId="77777777" w:rsidR="002F505D" w:rsidRPr="00234BCA" w:rsidRDefault="002F505D" w:rsidP="00653F5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34BCA">
        <w:rPr>
          <w:rFonts w:ascii="Times New Roman" w:hAnsi="Times New Roman" w:cs="Times New Roman"/>
          <w:sz w:val="20"/>
          <w:szCs w:val="20"/>
        </w:rPr>
        <w:t>Semnătura: _____________________</w:t>
      </w:r>
    </w:p>
    <w:p w14:paraId="304C0B8F" w14:textId="77777777" w:rsidR="002F505D" w:rsidRPr="00234BCA" w:rsidRDefault="002F505D" w:rsidP="00653F5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34BCA">
        <w:rPr>
          <w:rFonts w:ascii="Times New Roman" w:hAnsi="Times New Roman" w:cs="Times New Roman"/>
          <w:sz w:val="20"/>
          <w:szCs w:val="20"/>
        </w:rPr>
        <w:t>Data: __________________________</w:t>
      </w:r>
    </w:p>
    <w:p w14:paraId="0F968924" w14:textId="77777777" w:rsidR="009A2DA2" w:rsidRPr="00234BCA" w:rsidRDefault="009A2DA2" w:rsidP="002F505D">
      <w:pPr>
        <w:rPr>
          <w:rFonts w:ascii="Times New Roman" w:hAnsi="Times New Roman" w:cs="Times New Roman"/>
          <w:sz w:val="20"/>
          <w:szCs w:val="20"/>
        </w:rPr>
      </w:pPr>
    </w:p>
    <w:sectPr w:rsidR="009A2DA2" w:rsidRPr="00234BCA" w:rsidSect="00646EF1">
      <w:headerReference w:type="default" r:id="rId8"/>
      <w:footerReference w:type="default" r:id="rId9"/>
      <w:pgSz w:w="12240" w:h="15840"/>
      <w:pgMar w:top="1418" w:right="1247" w:bottom="1134" w:left="1247" w:header="426" w:footer="6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4A8C6" w14:textId="77777777" w:rsidR="00BD4D62" w:rsidRDefault="00BD4D62" w:rsidP="002F14AC">
      <w:pPr>
        <w:spacing w:after="0" w:line="240" w:lineRule="auto"/>
      </w:pPr>
      <w:r>
        <w:separator/>
      </w:r>
    </w:p>
  </w:endnote>
  <w:endnote w:type="continuationSeparator" w:id="0">
    <w:p w14:paraId="732ED070" w14:textId="77777777" w:rsidR="00BD4D62" w:rsidRDefault="00BD4D62" w:rsidP="002F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EE8C" w14:textId="2433D106" w:rsidR="002F14AC" w:rsidRDefault="002F14AC" w:rsidP="6CB16AC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9D67C" w14:textId="77777777" w:rsidR="00BD4D62" w:rsidRDefault="00BD4D62" w:rsidP="002F14AC">
      <w:pPr>
        <w:spacing w:after="0" w:line="240" w:lineRule="auto"/>
      </w:pPr>
      <w:r>
        <w:separator/>
      </w:r>
    </w:p>
  </w:footnote>
  <w:footnote w:type="continuationSeparator" w:id="0">
    <w:p w14:paraId="7333464B" w14:textId="77777777" w:rsidR="00BD4D62" w:rsidRDefault="00BD4D62" w:rsidP="002F1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DAAC" w14:textId="77777777" w:rsidR="00611366" w:rsidRDefault="00611366" w:rsidP="00C7478D">
    <w:pPr>
      <w:pStyle w:val="Header"/>
      <w:rPr>
        <w:highlight w:val="cyan"/>
        <w:lang w:val="en-US"/>
      </w:rPr>
    </w:pPr>
  </w:p>
  <w:p w14:paraId="5C9E76F6" w14:textId="77777777" w:rsidR="00611366" w:rsidRDefault="00611366" w:rsidP="00C7478D">
    <w:pPr>
      <w:pStyle w:val="Header"/>
      <w:rPr>
        <w:highlight w:val="cyan"/>
        <w:lang w:val="en-US"/>
      </w:rPr>
    </w:pPr>
  </w:p>
  <w:p w14:paraId="10379ED9" w14:textId="49D80A6D" w:rsidR="00037B7B" w:rsidRPr="00C7478D" w:rsidRDefault="006E13C2" w:rsidP="006E13C2">
    <w:pPr>
      <w:pStyle w:val="Header"/>
      <w:rPr>
        <w:lang w:val="en-US"/>
      </w:rPr>
    </w:pPr>
    <w:r w:rsidRPr="006E13C2">
      <w:rPr>
        <w:lang w:val="en-US"/>
      </w:rPr>
      <w:t>[</w:t>
    </w:r>
    <w:r w:rsidRPr="006E13C2">
      <w:rPr>
        <w:lang w:val="en-US"/>
      </w:rPr>
      <w:t xml:space="preserve">Antet </w:t>
    </w:r>
    <w:r w:rsidR="0072570A">
      <w:rPr>
        <w:lang w:val="en-US"/>
      </w:rPr>
      <w:t>Partener</w:t>
    </w:r>
    <w:r w:rsidRPr="006E13C2">
      <w:rPr>
        <w:lang w:val="en-US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D32486"/>
    <w:multiLevelType w:val="hybridMultilevel"/>
    <w:tmpl w:val="1474E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643442">
    <w:abstractNumId w:val="8"/>
  </w:num>
  <w:num w:numId="2" w16cid:durableId="25255532">
    <w:abstractNumId w:val="6"/>
  </w:num>
  <w:num w:numId="3" w16cid:durableId="798649673">
    <w:abstractNumId w:val="5"/>
  </w:num>
  <w:num w:numId="4" w16cid:durableId="412973206">
    <w:abstractNumId w:val="4"/>
  </w:num>
  <w:num w:numId="5" w16cid:durableId="742987507">
    <w:abstractNumId w:val="7"/>
  </w:num>
  <w:num w:numId="6" w16cid:durableId="581140121">
    <w:abstractNumId w:val="3"/>
  </w:num>
  <w:num w:numId="7" w16cid:durableId="1451850497">
    <w:abstractNumId w:val="2"/>
  </w:num>
  <w:num w:numId="8" w16cid:durableId="1129279993">
    <w:abstractNumId w:val="1"/>
  </w:num>
  <w:num w:numId="9" w16cid:durableId="179247117">
    <w:abstractNumId w:val="0"/>
  </w:num>
  <w:num w:numId="10" w16cid:durableId="6932630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259"/>
    <w:rsid w:val="000005B1"/>
    <w:rsid w:val="000012B4"/>
    <w:rsid w:val="00025216"/>
    <w:rsid w:val="00034616"/>
    <w:rsid w:val="00037B7B"/>
    <w:rsid w:val="00043AFA"/>
    <w:rsid w:val="00055186"/>
    <w:rsid w:val="0006063C"/>
    <w:rsid w:val="00063D3A"/>
    <w:rsid w:val="0007090C"/>
    <w:rsid w:val="0007522E"/>
    <w:rsid w:val="00075E00"/>
    <w:rsid w:val="000804EC"/>
    <w:rsid w:val="00085C3F"/>
    <w:rsid w:val="0008638B"/>
    <w:rsid w:val="00095BC2"/>
    <w:rsid w:val="000A0A3A"/>
    <w:rsid w:val="000A33E8"/>
    <w:rsid w:val="000A6A21"/>
    <w:rsid w:val="000B3C9B"/>
    <w:rsid w:val="000C3E0A"/>
    <w:rsid w:val="000D1955"/>
    <w:rsid w:val="000D6425"/>
    <w:rsid w:val="000E46AA"/>
    <w:rsid w:val="000F25A2"/>
    <w:rsid w:val="000F31DE"/>
    <w:rsid w:val="0010108F"/>
    <w:rsid w:val="00117C23"/>
    <w:rsid w:val="001245E9"/>
    <w:rsid w:val="00130196"/>
    <w:rsid w:val="00134816"/>
    <w:rsid w:val="00142AD4"/>
    <w:rsid w:val="0014385D"/>
    <w:rsid w:val="0015074B"/>
    <w:rsid w:val="00150829"/>
    <w:rsid w:val="00176FE4"/>
    <w:rsid w:val="00180961"/>
    <w:rsid w:val="001877C7"/>
    <w:rsid w:val="001949D9"/>
    <w:rsid w:val="001D2104"/>
    <w:rsid w:val="001F4393"/>
    <w:rsid w:val="002018AC"/>
    <w:rsid w:val="00204A04"/>
    <w:rsid w:val="002061E4"/>
    <w:rsid w:val="00215DC2"/>
    <w:rsid w:val="002163D7"/>
    <w:rsid w:val="00220D0D"/>
    <w:rsid w:val="00234BCA"/>
    <w:rsid w:val="0023698D"/>
    <w:rsid w:val="00236DAB"/>
    <w:rsid w:val="0024254B"/>
    <w:rsid w:val="00253853"/>
    <w:rsid w:val="00255687"/>
    <w:rsid w:val="00255FD4"/>
    <w:rsid w:val="00257B81"/>
    <w:rsid w:val="0026042A"/>
    <w:rsid w:val="00263CC3"/>
    <w:rsid w:val="00265C17"/>
    <w:rsid w:val="00275B49"/>
    <w:rsid w:val="00287744"/>
    <w:rsid w:val="0029639D"/>
    <w:rsid w:val="002C1C09"/>
    <w:rsid w:val="002C587C"/>
    <w:rsid w:val="002C6F47"/>
    <w:rsid w:val="002C7420"/>
    <w:rsid w:val="002D3B18"/>
    <w:rsid w:val="002E33BA"/>
    <w:rsid w:val="002F09E0"/>
    <w:rsid w:val="002F14AC"/>
    <w:rsid w:val="002F505D"/>
    <w:rsid w:val="003046A6"/>
    <w:rsid w:val="003056D5"/>
    <w:rsid w:val="00306555"/>
    <w:rsid w:val="00316238"/>
    <w:rsid w:val="00326F90"/>
    <w:rsid w:val="003431FC"/>
    <w:rsid w:val="00344801"/>
    <w:rsid w:val="00350B84"/>
    <w:rsid w:val="00392F09"/>
    <w:rsid w:val="003967EE"/>
    <w:rsid w:val="003A74C4"/>
    <w:rsid w:val="003B0F5F"/>
    <w:rsid w:val="003B39A8"/>
    <w:rsid w:val="003B6314"/>
    <w:rsid w:val="003B6BA2"/>
    <w:rsid w:val="003B7F79"/>
    <w:rsid w:val="003C0E49"/>
    <w:rsid w:val="003C13DA"/>
    <w:rsid w:val="003D0DF1"/>
    <w:rsid w:val="003D58CF"/>
    <w:rsid w:val="003E04D0"/>
    <w:rsid w:val="003E35C7"/>
    <w:rsid w:val="003E7DFE"/>
    <w:rsid w:val="003F25E3"/>
    <w:rsid w:val="003F39CF"/>
    <w:rsid w:val="003F3E3E"/>
    <w:rsid w:val="0041201B"/>
    <w:rsid w:val="0041779F"/>
    <w:rsid w:val="0044101B"/>
    <w:rsid w:val="004434B4"/>
    <w:rsid w:val="00443EF4"/>
    <w:rsid w:val="00453A8A"/>
    <w:rsid w:val="00464DF2"/>
    <w:rsid w:val="00490E3E"/>
    <w:rsid w:val="004A57FA"/>
    <w:rsid w:val="004A7677"/>
    <w:rsid w:val="004D0B1B"/>
    <w:rsid w:val="004D0E56"/>
    <w:rsid w:val="004D4259"/>
    <w:rsid w:val="004E685D"/>
    <w:rsid w:val="00507747"/>
    <w:rsid w:val="005158FD"/>
    <w:rsid w:val="00517069"/>
    <w:rsid w:val="00522801"/>
    <w:rsid w:val="00524BDF"/>
    <w:rsid w:val="005251F5"/>
    <w:rsid w:val="00525DC3"/>
    <w:rsid w:val="005302D5"/>
    <w:rsid w:val="00533077"/>
    <w:rsid w:val="00534B0E"/>
    <w:rsid w:val="00536E91"/>
    <w:rsid w:val="005427C6"/>
    <w:rsid w:val="00545F8F"/>
    <w:rsid w:val="005461FD"/>
    <w:rsid w:val="00547A05"/>
    <w:rsid w:val="00550CC5"/>
    <w:rsid w:val="00554CCA"/>
    <w:rsid w:val="005633F9"/>
    <w:rsid w:val="00581805"/>
    <w:rsid w:val="00587736"/>
    <w:rsid w:val="005900DE"/>
    <w:rsid w:val="00592B0E"/>
    <w:rsid w:val="005A1FD2"/>
    <w:rsid w:val="005A35A9"/>
    <w:rsid w:val="005A709B"/>
    <w:rsid w:val="005A7D4E"/>
    <w:rsid w:val="005A7ED6"/>
    <w:rsid w:val="005C210A"/>
    <w:rsid w:val="005E1A85"/>
    <w:rsid w:val="005F1C58"/>
    <w:rsid w:val="005F6F07"/>
    <w:rsid w:val="00601AD4"/>
    <w:rsid w:val="00603985"/>
    <w:rsid w:val="00611366"/>
    <w:rsid w:val="00626224"/>
    <w:rsid w:val="006266B3"/>
    <w:rsid w:val="00627F23"/>
    <w:rsid w:val="00636271"/>
    <w:rsid w:val="00636E9F"/>
    <w:rsid w:val="00642146"/>
    <w:rsid w:val="006431EA"/>
    <w:rsid w:val="006452B0"/>
    <w:rsid w:val="00646EF1"/>
    <w:rsid w:val="00653F57"/>
    <w:rsid w:val="0065517C"/>
    <w:rsid w:val="00676FD1"/>
    <w:rsid w:val="006840D1"/>
    <w:rsid w:val="006958D2"/>
    <w:rsid w:val="006973BD"/>
    <w:rsid w:val="006A12CF"/>
    <w:rsid w:val="006A3C4F"/>
    <w:rsid w:val="006A68AC"/>
    <w:rsid w:val="006B6108"/>
    <w:rsid w:val="006C0EE8"/>
    <w:rsid w:val="006C1473"/>
    <w:rsid w:val="006D6DCA"/>
    <w:rsid w:val="006E13C2"/>
    <w:rsid w:val="006F75AD"/>
    <w:rsid w:val="007017D0"/>
    <w:rsid w:val="007049C1"/>
    <w:rsid w:val="007051EA"/>
    <w:rsid w:val="00706C58"/>
    <w:rsid w:val="00712186"/>
    <w:rsid w:val="007166CC"/>
    <w:rsid w:val="00723AC1"/>
    <w:rsid w:val="00723CD6"/>
    <w:rsid w:val="00724ABB"/>
    <w:rsid w:val="00724BB1"/>
    <w:rsid w:val="0072570A"/>
    <w:rsid w:val="00726666"/>
    <w:rsid w:val="0073693F"/>
    <w:rsid w:val="00741E12"/>
    <w:rsid w:val="0074226C"/>
    <w:rsid w:val="00742631"/>
    <w:rsid w:val="007513F6"/>
    <w:rsid w:val="00754716"/>
    <w:rsid w:val="00755C2C"/>
    <w:rsid w:val="00770F61"/>
    <w:rsid w:val="00771887"/>
    <w:rsid w:val="00772F68"/>
    <w:rsid w:val="00776D43"/>
    <w:rsid w:val="00785CFD"/>
    <w:rsid w:val="00786233"/>
    <w:rsid w:val="007931FF"/>
    <w:rsid w:val="007C3EBB"/>
    <w:rsid w:val="007D2809"/>
    <w:rsid w:val="007E2BB4"/>
    <w:rsid w:val="007E3B47"/>
    <w:rsid w:val="007E3F7E"/>
    <w:rsid w:val="007E771D"/>
    <w:rsid w:val="0081186B"/>
    <w:rsid w:val="0083160E"/>
    <w:rsid w:val="00842DCB"/>
    <w:rsid w:val="008524E8"/>
    <w:rsid w:val="00867793"/>
    <w:rsid w:val="00871061"/>
    <w:rsid w:val="00871BB4"/>
    <w:rsid w:val="00883AD4"/>
    <w:rsid w:val="0088424C"/>
    <w:rsid w:val="00884E53"/>
    <w:rsid w:val="008859E8"/>
    <w:rsid w:val="00885B3E"/>
    <w:rsid w:val="008A1F70"/>
    <w:rsid w:val="008A55AF"/>
    <w:rsid w:val="008B6F97"/>
    <w:rsid w:val="008C10CD"/>
    <w:rsid w:val="008C3B6B"/>
    <w:rsid w:val="008D07E7"/>
    <w:rsid w:val="008D26F4"/>
    <w:rsid w:val="008D3FE3"/>
    <w:rsid w:val="008D46E0"/>
    <w:rsid w:val="008D722E"/>
    <w:rsid w:val="009078FA"/>
    <w:rsid w:val="0091171C"/>
    <w:rsid w:val="009234DD"/>
    <w:rsid w:val="00930ABB"/>
    <w:rsid w:val="00934958"/>
    <w:rsid w:val="0094145B"/>
    <w:rsid w:val="00944553"/>
    <w:rsid w:val="009624DE"/>
    <w:rsid w:val="0096397D"/>
    <w:rsid w:val="0096683F"/>
    <w:rsid w:val="00966B32"/>
    <w:rsid w:val="00976BA8"/>
    <w:rsid w:val="00980DEB"/>
    <w:rsid w:val="0098623D"/>
    <w:rsid w:val="00987736"/>
    <w:rsid w:val="0099292F"/>
    <w:rsid w:val="0099447F"/>
    <w:rsid w:val="00997932"/>
    <w:rsid w:val="009A06EB"/>
    <w:rsid w:val="009A2DA2"/>
    <w:rsid w:val="009B2CFA"/>
    <w:rsid w:val="009B30E4"/>
    <w:rsid w:val="009B3D14"/>
    <w:rsid w:val="009B6EE1"/>
    <w:rsid w:val="009C73B8"/>
    <w:rsid w:val="009D2BA1"/>
    <w:rsid w:val="009E11F2"/>
    <w:rsid w:val="009F1357"/>
    <w:rsid w:val="009F321B"/>
    <w:rsid w:val="00A05A1B"/>
    <w:rsid w:val="00A05EC5"/>
    <w:rsid w:val="00A117AD"/>
    <w:rsid w:val="00A15E4A"/>
    <w:rsid w:val="00A27D84"/>
    <w:rsid w:val="00A27F77"/>
    <w:rsid w:val="00A300EA"/>
    <w:rsid w:val="00A36D5D"/>
    <w:rsid w:val="00A403B9"/>
    <w:rsid w:val="00A46EBB"/>
    <w:rsid w:val="00A56180"/>
    <w:rsid w:val="00A5620A"/>
    <w:rsid w:val="00A61E97"/>
    <w:rsid w:val="00A7004C"/>
    <w:rsid w:val="00A821A2"/>
    <w:rsid w:val="00A826D1"/>
    <w:rsid w:val="00A8422A"/>
    <w:rsid w:val="00A85EFD"/>
    <w:rsid w:val="00A94681"/>
    <w:rsid w:val="00A9778A"/>
    <w:rsid w:val="00AA1D8D"/>
    <w:rsid w:val="00AA694A"/>
    <w:rsid w:val="00AA6F84"/>
    <w:rsid w:val="00AC079E"/>
    <w:rsid w:val="00AC18F9"/>
    <w:rsid w:val="00AC6EFB"/>
    <w:rsid w:val="00AC790B"/>
    <w:rsid w:val="00AD1164"/>
    <w:rsid w:val="00AD1CF5"/>
    <w:rsid w:val="00AD6075"/>
    <w:rsid w:val="00AD7E4E"/>
    <w:rsid w:val="00AE0AA6"/>
    <w:rsid w:val="00AE7FDB"/>
    <w:rsid w:val="00AF1382"/>
    <w:rsid w:val="00AF45B8"/>
    <w:rsid w:val="00B16014"/>
    <w:rsid w:val="00B278D0"/>
    <w:rsid w:val="00B34C80"/>
    <w:rsid w:val="00B368E0"/>
    <w:rsid w:val="00B3693B"/>
    <w:rsid w:val="00B40783"/>
    <w:rsid w:val="00B42B01"/>
    <w:rsid w:val="00B47730"/>
    <w:rsid w:val="00B54A05"/>
    <w:rsid w:val="00B73F15"/>
    <w:rsid w:val="00B7552F"/>
    <w:rsid w:val="00B9193E"/>
    <w:rsid w:val="00B92339"/>
    <w:rsid w:val="00B955E8"/>
    <w:rsid w:val="00B9713B"/>
    <w:rsid w:val="00BA0D0E"/>
    <w:rsid w:val="00BA2792"/>
    <w:rsid w:val="00BA7742"/>
    <w:rsid w:val="00BB1D11"/>
    <w:rsid w:val="00BC1C42"/>
    <w:rsid w:val="00BC1DA5"/>
    <w:rsid w:val="00BC2F71"/>
    <w:rsid w:val="00BC69F1"/>
    <w:rsid w:val="00BD3D38"/>
    <w:rsid w:val="00BD4D62"/>
    <w:rsid w:val="00BD73CF"/>
    <w:rsid w:val="00BE61F2"/>
    <w:rsid w:val="00BF0C5C"/>
    <w:rsid w:val="00BF431B"/>
    <w:rsid w:val="00BF595A"/>
    <w:rsid w:val="00BF7306"/>
    <w:rsid w:val="00C0038E"/>
    <w:rsid w:val="00C016E1"/>
    <w:rsid w:val="00C03A5A"/>
    <w:rsid w:val="00C134CB"/>
    <w:rsid w:val="00C2636C"/>
    <w:rsid w:val="00C27329"/>
    <w:rsid w:val="00C44CDD"/>
    <w:rsid w:val="00C503F7"/>
    <w:rsid w:val="00C533C6"/>
    <w:rsid w:val="00C55991"/>
    <w:rsid w:val="00C6104F"/>
    <w:rsid w:val="00C7478D"/>
    <w:rsid w:val="00C91C89"/>
    <w:rsid w:val="00C951F5"/>
    <w:rsid w:val="00CB0664"/>
    <w:rsid w:val="00CB4543"/>
    <w:rsid w:val="00CC169A"/>
    <w:rsid w:val="00CC263F"/>
    <w:rsid w:val="00CD3508"/>
    <w:rsid w:val="00CD3EE8"/>
    <w:rsid w:val="00CE1BC1"/>
    <w:rsid w:val="00CE5B22"/>
    <w:rsid w:val="00CE64F6"/>
    <w:rsid w:val="00CF1B59"/>
    <w:rsid w:val="00D03CEE"/>
    <w:rsid w:val="00D12E8C"/>
    <w:rsid w:val="00D12F7D"/>
    <w:rsid w:val="00D14755"/>
    <w:rsid w:val="00D16B72"/>
    <w:rsid w:val="00D31BCC"/>
    <w:rsid w:val="00D33889"/>
    <w:rsid w:val="00D364D5"/>
    <w:rsid w:val="00D53BDE"/>
    <w:rsid w:val="00D55362"/>
    <w:rsid w:val="00D607E9"/>
    <w:rsid w:val="00D776F0"/>
    <w:rsid w:val="00D83B07"/>
    <w:rsid w:val="00D895B3"/>
    <w:rsid w:val="00DA5DA9"/>
    <w:rsid w:val="00DA6DE4"/>
    <w:rsid w:val="00DB3054"/>
    <w:rsid w:val="00DB76D1"/>
    <w:rsid w:val="00DC0BB3"/>
    <w:rsid w:val="00DD5A0F"/>
    <w:rsid w:val="00DD5C97"/>
    <w:rsid w:val="00DE4C4B"/>
    <w:rsid w:val="00DF3F10"/>
    <w:rsid w:val="00E053C9"/>
    <w:rsid w:val="00E177C9"/>
    <w:rsid w:val="00E22DD5"/>
    <w:rsid w:val="00E27664"/>
    <w:rsid w:val="00E34DAE"/>
    <w:rsid w:val="00E36F64"/>
    <w:rsid w:val="00E47D0F"/>
    <w:rsid w:val="00E47D61"/>
    <w:rsid w:val="00E50B37"/>
    <w:rsid w:val="00E5149F"/>
    <w:rsid w:val="00E62186"/>
    <w:rsid w:val="00E6407A"/>
    <w:rsid w:val="00E716B1"/>
    <w:rsid w:val="00E85489"/>
    <w:rsid w:val="00E92842"/>
    <w:rsid w:val="00E95EFA"/>
    <w:rsid w:val="00E973CD"/>
    <w:rsid w:val="00EA0935"/>
    <w:rsid w:val="00EA0A4D"/>
    <w:rsid w:val="00EA3618"/>
    <w:rsid w:val="00EB695D"/>
    <w:rsid w:val="00EB7DE0"/>
    <w:rsid w:val="00EC3323"/>
    <w:rsid w:val="00EE0774"/>
    <w:rsid w:val="00EE115B"/>
    <w:rsid w:val="00EE499C"/>
    <w:rsid w:val="00F03033"/>
    <w:rsid w:val="00F04D6F"/>
    <w:rsid w:val="00F120E5"/>
    <w:rsid w:val="00F33414"/>
    <w:rsid w:val="00F35976"/>
    <w:rsid w:val="00F36ACD"/>
    <w:rsid w:val="00F37EF8"/>
    <w:rsid w:val="00F404C1"/>
    <w:rsid w:val="00F412F5"/>
    <w:rsid w:val="00F43A2B"/>
    <w:rsid w:val="00F561B6"/>
    <w:rsid w:val="00F6405F"/>
    <w:rsid w:val="00F66939"/>
    <w:rsid w:val="00F92BCC"/>
    <w:rsid w:val="00FA02E5"/>
    <w:rsid w:val="00FA494B"/>
    <w:rsid w:val="00FB2579"/>
    <w:rsid w:val="00FB44B6"/>
    <w:rsid w:val="00FC04B0"/>
    <w:rsid w:val="00FC693F"/>
    <w:rsid w:val="00FC75B1"/>
    <w:rsid w:val="00FD4522"/>
    <w:rsid w:val="00FE393E"/>
    <w:rsid w:val="00FF0963"/>
    <w:rsid w:val="00FF477D"/>
    <w:rsid w:val="07E256BB"/>
    <w:rsid w:val="0E81A517"/>
    <w:rsid w:val="14806DF8"/>
    <w:rsid w:val="16D6149E"/>
    <w:rsid w:val="1981C547"/>
    <w:rsid w:val="1F7F6E54"/>
    <w:rsid w:val="242013A9"/>
    <w:rsid w:val="2D76D72B"/>
    <w:rsid w:val="34ED0DE2"/>
    <w:rsid w:val="35C65399"/>
    <w:rsid w:val="3668D22E"/>
    <w:rsid w:val="3729269B"/>
    <w:rsid w:val="3A293DAB"/>
    <w:rsid w:val="3AFCD4D4"/>
    <w:rsid w:val="3DD50C17"/>
    <w:rsid w:val="467E5011"/>
    <w:rsid w:val="4ADDF338"/>
    <w:rsid w:val="4D9B49B5"/>
    <w:rsid w:val="508288B2"/>
    <w:rsid w:val="5857B2F5"/>
    <w:rsid w:val="58F80C17"/>
    <w:rsid w:val="5D388BAC"/>
    <w:rsid w:val="61204F00"/>
    <w:rsid w:val="64CD484A"/>
    <w:rsid w:val="6CB16AC1"/>
    <w:rsid w:val="6D966EC9"/>
    <w:rsid w:val="6F47C023"/>
    <w:rsid w:val="76085F1F"/>
    <w:rsid w:val="7FE9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52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4166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25216"/>
    <w:rPr>
      <w:rFonts w:asciiTheme="majorHAnsi" w:eastAsiaTheme="majorEastAsia" w:hAnsiTheme="majorHAnsi" w:cstheme="majorBidi"/>
      <w:b/>
      <w:bCs/>
      <w:color w:val="114166"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73B8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9C73B8"/>
    <w:pPr>
      <w:spacing w:line="240" w:lineRule="auto"/>
      <w:jc w:val="both"/>
    </w:pPr>
    <w:rPr>
      <w:rFonts w:ascii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C73B8"/>
    <w:rPr>
      <w:rFonts w:ascii="Calibri" w:hAnsi="Calibri" w:cs="Times New Roman"/>
      <w:sz w:val="20"/>
      <w:szCs w:val="20"/>
      <w:lang w:val="ro"/>
    </w:rPr>
  </w:style>
  <w:style w:type="paragraph" w:styleId="CommentText">
    <w:name w:val="annotation text"/>
    <w:basedOn w:val="Normal"/>
    <w:link w:val="CommentTextChar1"/>
    <w:uiPriority w:val="99"/>
    <w:unhideWhenUsed/>
    <w:rsid w:val="009C73B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9C73B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D0F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E47D0F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2F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F09"/>
    <w:rPr>
      <w:color w:val="605E5C"/>
      <w:shd w:val="clear" w:color="auto" w:fill="E1DFDD"/>
    </w:rPr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"/>
    <w:link w:val="FootnoteTextChar1"/>
    <w:autoRedefine/>
    <w:uiPriority w:val="99"/>
    <w:qFormat/>
    <w:rsid w:val="00A05EC5"/>
    <w:pPr>
      <w:widowControl w:val="0"/>
      <w:tabs>
        <w:tab w:val="left" w:pos="284"/>
      </w:tabs>
      <w:spacing w:after="0" w:line="240" w:lineRule="auto"/>
      <w:ind w:left="142" w:hanging="142"/>
      <w:jc w:val="both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uiPriority w:val="99"/>
    <w:semiHidden/>
    <w:rsid w:val="00A05EC5"/>
    <w:rPr>
      <w:rFonts w:ascii="Arial" w:hAnsi="Arial"/>
      <w:sz w:val="20"/>
      <w:szCs w:val="20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,FR1,note T"/>
    <w:link w:val="Char2"/>
    <w:uiPriority w:val="99"/>
    <w:qFormat/>
    <w:rsid w:val="00A05EC5"/>
    <w:rPr>
      <w:rFonts w:ascii="Times New Roman" w:hAnsi="Times New Roman"/>
      <w:szCs w:val="16"/>
      <w:vertAlign w:val="superscript"/>
      <w:lang w:val="en-US"/>
    </w:rPr>
  </w:style>
  <w:style w:type="paragraph" w:customStyle="1" w:styleId="Char2">
    <w:name w:val="Char2"/>
    <w:basedOn w:val="Normal"/>
    <w:link w:val="FootnoteReference"/>
    <w:uiPriority w:val="99"/>
    <w:rsid w:val="00A05EC5"/>
    <w:pPr>
      <w:spacing w:after="160" w:line="240" w:lineRule="exact"/>
    </w:pPr>
    <w:rPr>
      <w:rFonts w:ascii="Times New Roman" w:hAnsi="Times New Roman"/>
      <w:sz w:val="22"/>
      <w:szCs w:val="16"/>
      <w:vertAlign w:val="superscript"/>
      <w:lang w:val="en-US"/>
    </w:rPr>
  </w:style>
  <w:style w:type="character" w:customStyle="1" w:styleId="FootnoteTextChar1">
    <w:name w:val="Footnote Text Char1"/>
    <w:aliases w:val="Schriftart: 9 pt Char,Schriftart: 10 pt Char,Schriftart: 8 pt Char,WB-Fußnotentext Char,FoodNote Char,ft Char,Footnote Char,Footnote Text Char Char Char,Footnote Text Char1 Char Char Char,Footnote Text Char Char Char Char Char,f Char"/>
    <w:link w:val="FootnoteText"/>
    <w:uiPriority w:val="99"/>
    <w:rsid w:val="00A05EC5"/>
    <w:rPr>
      <w:rFonts w:ascii="Times New Roman" w:eastAsia="Calibri" w:hAnsi="Times New Roman" w:cs="Times New Roma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403B9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2507</Characters>
  <Application>Microsoft Office Word</Application>
  <DocSecurity>0</DocSecurity>
  <Lines>53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2026-10-13T13:36:00Z</dcterms:created>
  <dcterms:modified xsi:type="dcterms:W3CDTF">2026-10-13T13:36:00Z</dcterms:modified>
  <cp:category/>
</cp:coreProperties>
</file>