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E76745" w14:textId="0A0CA71F" w:rsidR="00255687" w:rsidRPr="00A27D84" w:rsidRDefault="00255687" w:rsidP="00255687">
      <w:pPr>
        <w:rPr>
          <w:rFonts w:ascii="Times New Roman" w:hAnsi="Times New Roman" w:cs="Times New Roman"/>
          <w:b/>
          <w:bCs/>
          <w:iCs/>
          <w:sz w:val="22"/>
        </w:rPr>
      </w:pPr>
      <w:r w:rsidRPr="00A27D84">
        <w:rPr>
          <w:rFonts w:ascii="Times New Roman" w:hAnsi="Times New Roman" w:cs="Times New Roman"/>
          <w:b/>
          <w:bCs/>
          <w:iCs/>
          <w:sz w:val="22"/>
        </w:rPr>
        <w:t>Приложение B.</w:t>
      </w:r>
    </w:p>
    <w:p w14:paraId="68A20739" w14:textId="667DFB8E" w:rsidR="002F505D" w:rsidRPr="003866D1" w:rsidRDefault="000218F8" w:rsidP="00F404C1">
      <w:pPr>
        <w:pStyle w:val="Title"/>
        <w:jc w:val="both"/>
        <w:rPr>
          <w:rFonts w:ascii="Times New Roman" w:hAnsi="Times New Roman" w:cs="Times New Roman"/>
          <w:lang w:val="ru-RU"/>
        </w:rPr>
      </w:pPr>
      <w:r w:rsidRPr="003866D1">
        <w:rPr>
          <w:rFonts w:ascii="Times New Roman" w:hAnsi="Times New Roman" w:cs="Times New Roman"/>
          <w:lang w:val="ru-RU"/>
        </w:rPr>
        <w:t>Декларация</w:t>
      </w:r>
      <w:r w:rsidR="00997932" w:rsidRPr="003866D1">
        <w:rPr>
          <w:rFonts w:ascii="Times New Roman" w:hAnsi="Times New Roman" w:cs="Times New Roman"/>
          <w:lang w:val="ru-RU"/>
        </w:rPr>
        <w:t xml:space="preserve"> о</w:t>
      </w:r>
      <w:r w:rsidR="003432E7" w:rsidRPr="003866D1">
        <w:rPr>
          <w:rFonts w:ascii="Times New Roman" w:hAnsi="Times New Roman" w:cs="Times New Roman"/>
          <w:lang w:val="ru-RU"/>
        </w:rPr>
        <w:t>б</w:t>
      </w:r>
      <w:r w:rsidR="00997932" w:rsidRPr="003866D1">
        <w:rPr>
          <w:rFonts w:ascii="Times New Roman" w:hAnsi="Times New Roman" w:cs="Times New Roman"/>
          <w:lang w:val="ru-RU"/>
        </w:rPr>
        <w:t xml:space="preserve"> </w:t>
      </w:r>
      <w:r w:rsidR="00AE4915" w:rsidRPr="003866D1">
        <w:rPr>
          <w:rFonts w:ascii="Times New Roman" w:hAnsi="Times New Roman" w:cs="Times New Roman"/>
          <w:lang w:val="ru-RU"/>
        </w:rPr>
        <w:t xml:space="preserve">институциональной </w:t>
      </w:r>
      <w:r w:rsidR="002F505D" w:rsidRPr="003866D1">
        <w:rPr>
          <w:rFonts w:ascii="Times New Roman" w:hAnsi="Times New Roman" w:cs="Times New Roman"/>
          <w:lang w:val="ru-RU"/>
        </w:rPr>
        <w:t>поддержки и партнерств</w:t>
      </w:r>
      <w:r w:rsidR="003432E7" w:rsidRPr="003866D1">
        <w:rPr>
          <w:rFonts w:ascii="Times New Roman" w:hAnsi="Times New Roman" w:cs="Times New Roman"/>
          <w:lang w:val="ru-RU"/>
        </w:rPr>
        <w:t>е</w:t>
      </w:r>
    </w:p>
    <w:p w14:paraId="229F6BCE" w14:textId="77777777" w:rsidR="002F505D" w:rsidRPr="003866D1" w:rsidRDefault="002F505D" w:rsidP="00A8422A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>Наименование учреждения: __________________________ (полное официальное наименование)</w:t>
      </w:r>
    </w:p>
    <w:p w14:paraId="58F7720F" w14:textId="7BAA90A5" w:rsidR="002F505D" w:rsidRPr="003866D1" w:rsidRDefault="002F505D" w:rsidP="00A8422A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>Адрес: _____________________________________ (</w:t>
      </w:r>
      <w:r w:rsidR="00C03A5A" w:rsidRPr="003866D1">
        <w:rPr>
          <w:rFonts w:ascii="Times New Roman" w:hAnsi="Times New Roman" w:cs="Times New Roman"/>
          <w:sz w:val="20"/>
          <w:szCs w:val="20"/>
          <w:lang w:val="ru-RU"/>
        </w:rPr>
        <w:t>местонахождение учреждения</w:t>
      </w:r>
      <w:r w:rsidRPr="003866D1">
        <w:rPr>
          <w:rFonts w:ascii="Times New Roman" w:hAnsi="Times New Roman" w:cs="Times New Roman"/>
          <w:sz w:val="20"/>
          <w:szCs w:val="20"/>
          <w:lang w:val="ru-RU"/>
        </w:rPr>
        <w:t>)</w:t>
      </w:r>
    </w:p>
    <w:p w14:paraId="27DF9A71" w14:textId="77777777" w:rsidR="002F505D" w:rsidRPr="003866D1" w:rsidRDefault="002F505D" w:rsidP="00A8422A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>Телефон / Электронная почта: ______________________________ (действующие контактные данные)</w:t>
      </w:r>
    </w:p>
    <w:p w14:paraId="598A0B6F" w14:textId="77777777" w:rsidR="00646EF1" w:rsidRPr="003866D1" w:rsidRDefault="00646EF1" w:rsidP="00A8422A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4834B798" w14:textId="46FFAC83" w:rsidR="002F505D" w:rsidRPr="003866D1" w:rsidRDefault="002F505D" w:rsidP="00A8422A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№ _______ от _______________ (номер и дата выдачи)</w:t>
      </w:r>
    </w:p>
    <w:p w14:paraId="161FFB3B" w14:textId="77777777" w:rsidR="00646EF1" w:rsidRPr="003866D1" w:rsidRDefault="00646EF1" w:rsidP="00BB1D11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5376AB3" w14:textId="0D6D56AB" w:rsidR="002F505D" w:rsidRPr="003866D1" w:rsidRDefault="002F505D" w:rsidP="00BB1D11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Адресат: Частн</w:t>
      </w:r>
      <w:r w:rsidR="00673C56"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ое учреждение</w:t>
      </w:r>
      <w:r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 «Keystone Moldova»</w:t>
      </w:r>
    </w:p>
    <w:p w14:paraId="18080E24" w14:textId="77777777" w:rsidR="00646EF1" w:rsidRPr="003866D1" w:rsidRDefault="00646EF1" w:rsidP="00BB1D11">
      <w:pPr>
        <w:spacing w:after="0"/>
        <w:jc w:val="right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</w:p>
    <w:p w14:paraId="68D0EA32" w14:textId="6C0F16A9" w:rsidR="002F505D" w:rsidRPr="003866D1" w:rsidRDefault="002F505D" w:rsidP="00A8422A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Настоящим </w:t>
      </w:r>
      <w:r w:rsidRPr="003866D1">
        <w:rPr>
          <w:rFonts w:ascii="Times New Roman" w:hAnsi="Times New Roman" w:cs="Times New Roman"/>
          <w:i/>
          <w:iCs/>
          <w:sz w:val="20"/>
          <w:szCs w:val="20"/>
          <w:lang w:val="ru-RU"/>
        </w:rPr>
        <w:t>[</w:t>
      </w:r>
      <w:r w:rsidRPr="003866D1">
        <w:rPr>
          <w:rFonts w:ascii="Times New Roman" w:hAnsi="Times New Roman" w:cs="Times New Roman"/>
          <w:i/>
          <w:iCs/>
          <w:color w:val="7030A0"/>
          <w:sz w:val="20"/>
          <w:szCs w:val="20"/>
          <w:lang w:val="ru-RU"/>
        </w:rPr>
        <w:t xml:space="preserve">название </w:t>
      </w:r>
      <w:r w:rsidR="00BC1C42" w:rsidRPr="003866D1">
        <w:rPr>
          <w:rFonts w:ascii="Times New Roman" w:hAnsi="Times New Roman" w:cs="Times New Roman"/>
          <w:i/>
          <w:iCs/>
          <w:color w:val="7030A0"/>
          <w:sz w:val="20"/>
          <w:szCs w:val="20"/>
          <w:lang w:val="ru-RU"/>
        </w:rPr>
        <w:t xml:space="preserve">партнера по реализации, например, </w:t>
      </w:r>
      <w:r w:rsidR="00AC6EFB" w:rsidRPr="003866D1">
        <w:rPr>
          <w:rFonts w:ascii="Times New Roman" w:hAnsi="Times New Roman" w:cs="Times New Roman"/>
          <w:i/>
          <w:iCs/>
          <w:color w:val="7030A0"/>
          <w:sz w:val="20"/>
          <w:szCs w:val="20"/>
          <w:lang w:val="ru-RU"/>
        </w:rPr>
        <w:t>Территориальное агентство социальной помощи</w:t>
      </w:r>
      <w:r w:rsidR="00B40783" w:rsidRPr="003866D1">
        <w:rPr>
          <w:rFonts w:ascii="Times New Roman" w:hAnsi="Times New Roman" w:cs="Times New Roman"/>
          <w:i/>
          <w:iCs/>
          <w:color w:val="7030A0"/>
          <w:sz w:val="20"/>
          <w:szCs w:val="20"/>
          <w:lang w:val="ru-RU"/>
        </w:rPr>
        <w:t xml:space="preserve"> ______ </w:t>
      </w:r>
      <w:r w:rsidR="00AC6EFB" w:rsidRPr="003866D1">
        <w:rPr>
          <w:rFonts w:ascii="Times New Roman" w:hAnsi="Times New Roman" w:cs="Times New Roman"/>
          <w:i/>
          <w:iCs/>
          <w:color w:val="7030A0"/>
          <w:sz w:val="20"/>
          <w:szCs w:val="20"/>
          <w:lang w:val="ru-RU"/>
        </w:rPr>
        <w:t>(ТАСП)</w:t>
      </w:r>
      <w:r w:rsidRPr="003866D1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] </w:t>
      </w:r>
      <w:r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подтверждает </w:t>
      </w:r>
      <w:r w:rsidR="005302D5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свою поддержку и намерение создать партнерство </w:t>
      </w:r>
      <w:r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с </w:t>
      </w:r>
      <w:r w:rsidRPr="003866D1">
        <w:rPr>
          <w:rFonts w:ascii="Times New Roman" w:hAnsi="Times New Roman" w:cs="Times New Roman"/>
          <w:i/>
          <w:iCs/>
          <w:sz w:val="20"/>
          <w:szCs w:val="20"/>
          <w:lang w:val="ru-RU"/>
        </w:rPr>
        <w:t>[</w:t>
      </w:r>
      <w:r w:rsidRPr="003866D1">
        <w:rPr>
          <w:rFonts w:ascii="Times New Roman" w:hAnsi="Times New Roman" w:cs="Times New Roman"/>
          <w:i/>
          <w:iCs/>
          <w:color w:val="7030A0"/>
          <w:sz w:val="20"/>
          <w:szCs w:val="20"/>
          <w:lang w:val="ru-RU"/>
        </w:rPr>
        <w:t>название организации</w:t>
      </w:r>
      <w:r w:rsidR="00E27664" w:rsidRPr="003866D1">
        <w:rPr>
          <w:rFonts w:ascii="Times New Roman" w:hAnsi="Times New Roman" w:cs="Times New Roman"/>
          <w:sz w:val="20"/>
          <w:szCs w:val="20"/>
          <w:lang w:val="ru-RU"/>
        </w:rPr>
        <w:t>,</w:t>
      </w:r>
      <w:r w:rsidRPr="003866D1">
        <w:rPr>
          <w:rFonts w:ascii="Times New Roman" w:hAnsi="Times New Roman" w:cs="Times New Roman"/>
          <w:i/>
          <w:iCs/>
          <w:color w:val="7030A0"/>
          <w:sz w:val="20"/>
          <w:szCs w:val="20"/>
          <w:lang w:val="ru-RU"/>
        </w:rPr>
        <w:t xml:space="preserve"> </w:t>
      </w:r>
      <w:r w:rsidR="00A8422A" w:rsidRPr="003866D1">
        <w:rPr>
          <w:rFonts w:ascii="Times New Roman" w:hAnsi="Times New Roman" w:cs="Times New Roman"/>
          <w:i/>
          <w:iCs/>
          <w:color w:val="7030A0"/>
          <w:sz w:val="20"/>
          <w:szCs w:val="20"/>
          <w:lang w:val="ru-RU"/>
        </w:rPr>
        <w:t>участвующей в конкурсе</w:t>
      </w:r>
      <w:r w:rsidRPr="003866D1">
        <w:rPr>
          <w:rFonts w:ascii="Times New Roman" w:hAnsi="Times New Roman" w:cs="Times New Roman"/>
          <w:i/>
          <w:iCs/>
          <w:sz w:val="20"/>
          <w:szCs w:val="20"/>
          <w:lang w:val="ru-RU"/>
        </w:rPr>
        <w:t>]</w:t>
      </w:r>
      <w:r w:rsidR="00E27664" w:rsidRPr="003866D1">
        <w:rPr>
          <w:rFonts w:ascii="Times New Roman" w:hAnsi="Times New Roman" w:cs="Times New Roman"/>
          <w:sz w:val="20"/>
          <w:szCs w:val="20"/>
          <w:lang w:val="ru-RU"/>
        </w:rPr>
        <w:t>, участвующей в конкурсе на выражение заинтересованности</w:t>
      </w:r>
      <w:r w:rsidR="00C44CDD" w:rsidRPr="003866D1">
        <w:rPr>
          <w:rFonts w:ascii="Times New Roman" w:hAnsi="Times New Roman" w:cs="Times New Roman"/>
          <w:sz w:val="20"/>
          <w:szCs w:val="20"/>
          <w:lang w:val="ru-RU"/>
        </w:rPr>
        <w:t>,</w:t>
      </w:r>
      <w:r w:rsidR="00E27664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CE64F6" w:rsidRPr="003866D1">
        <w:rPr>
          <w:rFonts w:ascii="Times New Roman" w:hAnsi="Times New Roman" w:cs="Times New Roman"/>
          <w:i/>
          <w:iCs/>
          <w:sz w:val="20"/>
          <w:szCs w:val="20"/>
          <w:lang w:val="ru-RU"/>
        </w:rPr>
        <w:t>с целью развития</w:t>
      </w:r>
      <w:r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CE64F6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в </w:t>
      </w:r>
      <w:r w:rsidR="00CE64F6" w:rsidRPr="003866D1">
        <w:rPr>
          <w:rFonts w:ascii="Times New Roman" w:hAnsi="Times New Roman" w:cs="Times New Roman"/>
          <w:i/>
          <w:iCs/>
          <w:sz w:val="20"/>
          <w:szCs w:val="20"/>
          <w:lang w:val="ru-RU"/>
        </w:rPr>
        <w:t>[</w:t>
      </w:r>
      <w:r w:rsidR="00CE64F6" w:rsidRPr="003866D1">
        <w:rPr>
          <w:rFonts w:ascii="Times New Roman" w:hAnsi="Times New Roman" w:cs="Times New Roman"/>
          <w:i/>
          <w:iCs/>
          <w:color w:val="7030A0"/>
          <w:sz w:val="20"/>
          <w:szCs w:val="20"/>
          <w:lang w:val="ru-RU"/>
        </w:rPr>
        <w:t>населенном пункте/регионе</w:t>
      </w:r>
      <w:r w:rsidR="00CE64F6" w:rsidRPr="003866D1">
        <w:rPr>
          <w:rFonts w:ascii="Times New Roman" w:hAnsi="Times New Roman" w:cs="Times New Roman"/>
          <w:i/>
          <w:iCs/>
          <w:sz w:val="20"/>
          <w:szCs w:val="20"/>
          <w:lang w:val="ru-RU"/>
        </w:rPr>
        <w:t xml:space="preserve">] </w:t>
      </w:r>
      <w:r w:rsidR="00A46EBB" w:rsidRPr="003866D1">
        <w:rPr>
          <w:rFonts w:ascii="Times New Roman" w:hAnsi="Times New Roman" w:cs="Times New Roman"/>
          <w:sz w:val="20"/>
          <w:szCs w:val="20"/>
          <w:lang w:val="ru-RU"/>
        </w:rPr>
        <w:t>социальных услуг</w:t>
      </w:r>
      <w:r w:rsidR="00662548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 на уровне сообщества</w:t>
      </w:r>
      <w:r w:rsidR="00A46EBB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2018AC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для </w:t>
      </w:r>
      <w:r w:rsidR="007C3EBB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лиц с </w:t>
      </w:r>
      <w:r w:rsidR="009300E5">
        <w:rPr>
          <w:rFonts w:ascii="Times New Roman" w:hAnsi="Times New Roman" w:cs="Times New Roman"/>
          <w:sz w:val="20"/>
          <w:szCs w:val="20"/>
          <w:lang w:val="ru-RU"/>
        </w:rPr>
        <w:t>ограниченными возможностями</w:t>
      </w:r>
      <w:r w:rsidR="007C3EBB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="00BD5E66" w:rsidRPr="003866D1">
        <w:rPr>
          <w:rFonts w:ascii="Times New Roman" w:hAnsi="Times New Roman" w:cs="Times New Roman"/>
          <w:sz w:val="20"/>
          <w:szCs w:val="20"/>
          <w:lang w:val="ru-RU"/>
        </w:rPr>
        <w:t>деинституционализ</w:t>
      </w:r>
      <w:r w:rsidR="00B2064E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ированных </w:t>
      </w:r>
      <w:r w:rsidR="00550CC5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из </w:t>
      </w:r>
      <w:r w:rsidR="00EB695D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Центра временного размещения лиц с </w:t>
      </w:r>
      <w:r w:rsidR="009300E5">
        <w:rPr>
          <w:rFonts w:ascii="Times New Roman" w:hAnsi="Times New Roman" w:cs="Times New Roman"/>
          <w:sz w:val="20"/>
          <w:szCs w:val="20"/>
          <w:lang w:val="ru-RU"/>
        </w:rPr>
        <w:t>ограниченными возможностями</w:t>
      </w:r>
      <w:r w:rsidR="00EB695D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 (взрослы</w:t>
      </w:r>
      <w:r w:rsidR="0072033D">
        <w:rPr>
          <w:rFonts w:ascii="Times New Roman" w:hAnsi="Times New Roman" w:cs="Times New Roman"/>
          <w:sz w:val="20"/>
          <w:szCs w:val="20"/>
          <w:lang w:val="ru-RU"/>
        </w:rPr>
        <w:t>е</w:t>
      </w:r>
      <w:r w:rsidR="00EB695D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) в </w:t>
      </w:r>
      <w:r w:rsidR="0072033D">
        <w:rPr>
          <w:rFonts w:ascii="Times New Roman" w:hAnsi="Times New Roman" w:cs="Times New Roman"/>
          <w:sz w:val="20"/>
          <w:szCs w:val="20"/>
          <w:lang w:val="ru-RU"/>
        </w:rPr>
        <w:t>ком.</w:t>
      </w:r>
      <w:r w:rsidR="00EB695D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 Б</w:t>
      </w:r>
      <w:r w:rsidR="00B2064E" w:rsidRPr="003866D1">
        <w:rPr>
          <w:rFonts w:ascii="Times New Roman" w:hAnsi="Times New Roman" w:cs="Times New Roman"/>
          <w:sz w:val="20"/>
          <w:szCs w:val="20"/>
          <w:lang w:val="ru-RU"/>
        </w:rPr>
        <w:t>э</w:t>
      </w:r>
      <w:r w:rsidR="00EB695D" w:rsidRPr="003866D1">
        <w:rPr>
          <w:rFonts w:ascii="Times New Roman" w:hAnsi="Times New Roman" w:cs="Times New Roman"/>
          <w:sz w:val="20"/>
          <w:szCs w:val="20"/>
          <w:lang w:val="ru-RU"/>
        </w:rPr>
        <w:t>дичен</w:t>
      </w:r>
      <w:r w:rsidR="00B2064E" w:rsidRPr="003866D1">
        <w:rPr>
          <w:rFonts w:ascii="Times New Roman" w:hAnsi="Times New Roman" w:cs="Times New Roman"/>
          <w:sz w:val="20"/>
          <w:szCs w:val="20"/>
          <w:lang w:val="ru-RU"/>
        </w:rPr>
        <w:t>ь</w:t>
      </w:r>
      <w:r w:rsidR="00EB695D" w:rsidRPr="003866D1">
        <w:rPr>
          <w:rFonts w:ascii="Times New Roman" w:hAnsi="Times New Roman" w:cs="Times New Roman"/>
          <w:sz w:val="20"/>
          <w:szCs w:val="20"/>
          <w:lang w:val="ru-RU"/>
        </w:rPr>
        <w:t>, Сорок</w:t>
      </w:r>
      <w:r w:rsidR="0072033D">
        <w:rPr>
          <w:rFonts w:ascii="Times New Roman" w:hAnsi="Times New Roman" w:cs="Times New Roman"/>
          <w:sz w:val="20"/>
          <w:szCs w:val="20"/>
          <w:lang w:val="ru-RU"/>
        </w:rPr>
        <w:t>ского</w:t>
      </w:r>
      <w:r w:rsidR="00EB695D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 </w:t>
      </w:r>
      <w:r w:rsidR="00723AC1" w:rsidRPr="003866D1">
        <w:rPr>
          <w:rFonts w:ascii="Times New Roman" w:hAnsi="Times New Roman" w:cs="Times New Roman"/>
          <w:sz w:val="20"/>
          <w:szCs w:val="20"/>
          <w:lang w:val="ru-RU"/>
        </w:rPr>
        <w:t>(</w:t>
      </w:r>
      <w:r w:rsidR="002B7C57" w:rsidRPr="003866D1">
        <w:rPr>
          <w:rFonts w:ascii="Times New Roman" w:hAnsi="Times New Roman" w:cs="Times New Roman"/>
          <w:sz w:val="20"/>
          <w:szCs w:val="20"/>
          <w:lang w:val="ru-RU"/>
        </w:rPr>
        <w:t>ЦВРЛ</w:t>
      </w:r>
      <w:r w:rsidR="0072033D">
        <w:rPr>
          <w:rFonts w:ascii="Times New Roman" w:hAnsi="Times New Roman" w:cs="Times New Roman"/>
          <w:sz w:val="20"/>
          <w:szCs w:val="20"/>
          <w:lang w:val="ru-RU"/>
        </w:rPr>
        <w:t>ОВ</w:t>
      </w:r>
      <w:r w:rsidR="002B7C57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 Бэдичень</w:t>
      </w:r>
      <w:r w:rsidR="00723AC1" w:rsidRPr="003866D1">
        <w:rPr>
          <w:rFonts w:ascii="Times New Roman" w:hAnsi="Times New Roman" w:cs="Times New Roman"/>
          <w:sz w:val="20"/>
          <w:szCs w:val="20"/>
          <w:lang w:val="ru-RU"/>
        </w:rPr>
        <w:t>)</w:t>
      </w:r>
      <w:r w:rsidRPr="003866D1">
        <w:rPr>
          <w:rFonts w:ascii="Times New Roman" w:hAnsi="Times New Roman" w:cs="Times New Roman"/>
          <w:sz w:val="20"/>
          <w:szCs w:val="20"/>
          <w:lang w:val="ru-RU"/>
        </w:rPr>
        <w:t>.</w:t>
      </w:r>
    </w:p>
    <w:p w14:paraId="1B3E257F" w14:textId="28DFADE5" w:rsidR="002F505D" w:rsidRPr="003866D1" w:rsidRDefault="00234BCA" w:rsidP="00EE115B">
      <w:pPr>
        <w:shd w:val="clear" w:color="auto" w:fill="F2F2F2" w:themeFill="background1" w:themeFillShade="F2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1</w:t>
      </w:r>
      <w:r w:rsidR="002F505D"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. Контекст и необходимость услуги</w:t>
      </w:r>
    </w:p>
    <w:p w14:paraId="3E371215" w14:textId="69CFFE59" w:rsidR="002F505D" w:rsidRPr="003866D1" w:rsidRDefault="002F505D" w:rsidP="005900D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>Текущая ситуация (обоснуйте необходимость развития услуги</w:t>
      </w:r>
      <w:r w:rsidR="00E177C9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, </w:t>
      </w:r>
      <w:r w:rsidRPr="003866D1">
        <w:rPr>
          <w:rFonts w:ascii="Times New Roman" w:hAnsi="Times New Roman" w:cs="Times New Roman"/>
          <w:sz w:val="20"/>
          <w:szCs w:val="20"/>
          <w:lang w:val="ru-RU"/>
        </w:rPr>
        <w:t>используя соответствующие статистические данные, такие как количество получателей услуг и существующие услуги)</w:t>
      </w:r>
    </w:p>
    <w:p w14:paraId="394C4417" w14:textId="77777777" w:rsidR="007017D0" w:rsidRPr="003866D1" w:rsidRDefault="007017D0" w:rsidP="00701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ru-RU"/>
        </w:rPr>
      </w:pPr>
    </w:p>
    <w:p w14:paraId="3DDCFC99" w14:textId="77777777" w:rsidR="007017D0" w:rsidRPr="003866D1" w:rsidRDefault="007017D0" w:rsidP="00701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ru-RU"/>
        </w:rPr>
      </w:pPr>
    </w:p>
    <w:p w14:paraId="1DED33CF" w14:textId="77777777" w:rsidR="007017D0" w:rsidRPr="003866D1" w:rsidRDefault="007017D0" w:rsidP="007017D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ru-RU"/>
        </w:rPr>
      </w:pPr>
    </w:p>
    <w:p w14:paraId="748ADFBB" w14:textId="0802F4B2" w:rsidR="002F505D" w:rsidRPr="003866D1" w:rsidRDefault="58F80C17" w:rsidP="00EE115B">
      <w:pPr>
        <w:shd w:val="clear" w:color="auto" w:fill="F2F2F2" w:themeFill="background1" w:themeFillShade="F2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2</w:t>
      </w:r>
      <w:r w:rsidR="3DD50C17"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. Актуальность инициативы (</w:t>
      </w:r>
      <w:r w:rsidR="00997932"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обоснуйте </w:t>
      </w:r>
      <w:r w:rsidR="3DD50C17"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важность развития услуги)</w:t>
      </w:r>
    </w:p>
    <w:p w14:paraId="1B4E5146" w14:textId="77777777" w:rsidR="007017D0" w:rsidRPr="003866D1" w:rsidRDefault="007017D0" w:rsidP="007017D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ru-RU"/>
        </w:rPr>
      </w:pPr>
    </w:p>
    <w:p w14:paraId="77CAFAF4" w14:textId="77777777" w:rsidR="007017D0" w:rsidRPr="003866D1" w:rsidRDefault="007017D0" w:rsidP="007017D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ru-RU"/>
        </w:rPr>
      </w:pPr>
    </w:p>
    <w:p w14:paraId="43A510E8" w14:textId="77777777" w:rsidR="007017D0" w:rsidRPr="003866D1" w:rsidRDefault="007017D0" w:rsidP="007017D0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imes New Roman" w:hAnsi="Times New Roman" w:cs="Times New Roman"/>
          <w:sz w:val="20"/>
          <w:szCs w:val="20"/>
          <w:lang w:val="ru-RU"/>
        </w:rPr>
      </w:pPr>
    </w:p>
    <w:p w14:paraId="3E22D972" w14:textId="029899CA" w:rsidR="002F505D" w:rsidRPr="003866D1" w:rsidRDefault="006A68AC" w:rsidP="00EE115B">
      <w:pPr>
        <w:shd w:val="clear" w:color="auto" w:fill="F2F2F2" w:themeFill="background1" w:themeFillShade="F2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3</w:t>
      </w:r>
      <w:r w:rsidR="002F505D"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. </w:t>
      </w:r>
      <w:r w:rsidR="00BC1C42"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Обязательства партнера по реализации</w:t>
      </w:r>
    </w:p>
    <w:p w14:paraId="6C983A29" w14:textId="6BC6CF30" w:rsidR="00C44CDD" w:rsidRPr="003866D1" w:rsidRDefault="00D14755" w:rsidP="00786233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Участвуя в </w:t>
      </w:r>
      <w:r w:rsidR="000005B1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партнерстве, </w:t>
      </w:r>
      <w:r w:rsidR="00554CCA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партнер </w:t>
      </w:r>
      <w:r w:rsidR="00545F8F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по реализации </w:t>
      </w:r>
      <w:r w:rsidR="00786233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обязуется оказывать </w:t>
      </w:r>
      <w:r w:rsidR="00CD3EE8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поддержку организации на всех этапах </w:t>
      </w:r>
      <w:r w:rsidR="007E771D" w:rsidRPr="003866D1">
        <w:rPr>
          <w:rFonts w:ascii="Times New Roman" w:hAnsi="Times New Roman" w:cs="Times New Roman"/>
          <w:sz w:val="20"/>
          <w:szCs w:val="20"/>
          <w:lang w:val="ru-RU"/>
        </w:rPr>
        <w:t>развития социальной услуги</w:t>
      </w:r>
      <w:r w:rsidR="00626224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, в том числе </w:t>
      </w:r>
      <w:r w:rsidR="00741E12" w:rsidRPr="003866D1">
        <w:rPr>
          <w:rFonts w:ascii="Times New Roman" w:hAnsi="Times New Roman" w:cs="Times New Roman"/>
          <w:sz w:val="20"/>
          <w:szCs w:val="20"/>
          <w:lang w:val="ru-RU"/>
        </w:rPr>
        <w:t>посредством</w:t>
      </w:r>
      <w:r w:rsidR="00CD3EE8" w:rsidRPr="003866D1">
        <w:rPr>
          <w:rFonts w:ascii="Times New Roman" w:hAnsi="Times New Roman" w:cs="Times New Roman"/>
          <w:sz w:val="20"/>
          <w:szCs w:val="20"/>
          <w:lang w:val="ru-RU"/>
        </w:rPr>
        <w:t>:</w:t>
      </w:r>
    </w:p>
    <w:p w14:paraId="33D74955" w14:textId="52E321C9" w:rsidR="00EE115B" w:rsidRPr="003866D1" w:rsidRDefault="00000000" w:rsidP="00EE115B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-11784971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A55AF" w:rsidRPr="003866D1">
            <w:rPr>
              <w:rFonts w:ascii="MS Gothic" w:eastAsia="MS Gothic" w:hAnsi="MS Gothic" w:cs="Times New Roman"/>
              <w:sz w:val="20"/>
              <w:szCs w:val="20"/>
              <w:lang w:val="ru-RU"/>
            </w:rPr>
            <w:t xml:space="preserve">☐ </w:t>
          </w:r>
        </w:sdtContent>
      </w:sdt>
      <w:r w:rsidR="00EE115B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сотрудничество на протяжении </w:t>
      </w:r>
      <w:r w:rsidR="00741E12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всего периода реализации </w:t>
      </w:r>
      <w:r w:rsidR="00EE115B" w:rsidRPr="003866D1">
        <w:rPr>
          <w:rFonts w:ascii="Times New Roman" w:hAnsi="Times New Roman" w:cs="Times New Roman"/>
          <w:sz w:val="20"/>
          <w:szCs w:val="20"/>
          <w:lang w:val="ru-RU"/>
        </w:rPr>
        <w:t>проекта</w:t>
      </w:r>
    </w:p>
    <w:p w14:paraId="58C881D5" w14:textId="15C1136F" w:rsidR="00D31BCC" w:rsidRPr="003866D1" w:rsidRDefault="00000000" w:rsidP="00D31BCC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-20302225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1BCC" w:rsidRPr="003866D1">
            <w:rPr>
              <w:rFonts w:ascii="MS Gothic" w:eastAsia="MS Gothic" w:hAnsi="MS Gothic" w:cs="Times New Roman"/>
              <w:sz w:val="20"/>
              <w:szCs w:val="20"/>
              <w:lang w:val="ru-RU"/>
            </w:rPr>
            <w:t xml:space="preserve">☐ </w:t>
          </w:r>
        </w:sdtContent>
      </w:sdt>
      <w:r w:rsidR="00D31BCC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межведомственное сотрудничество </w:t>
      </w:r>
      <w:r w:rsidR="003B6314" w:rsidRPr="003866D1">
        <w:rPr>
          <w:rFonts w:ascii="Times New Roman" w:hAnsi="Times New Roman" w:cs="Times New Roman"/>
          <w:sz w:val="20"/>
          <w:szCs w:val="20"/>
          <w:lang w:val="ru-RU"/>
        </w:rPr>
        <w:t>с соответствующими органами и учреждениями</w:t>
      </w:r>
    </w:p>
    <w:p w14:paraId="486D542F" w14:textId="4409633A" w:rsidR="00D31BCC" w:rsidRPr="003866D1" w:rsidRDefault="00000000" w:rsidP="00D31BCC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-1678655692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31BCC" w:rsidRPr="003866D1">
            <w:rPr>
              <w:rFonts w:ascii="Segoe UI Symbol" w:eastAsia="MS Gothic" w:hAnsi="Segoe UI Symbol" w:cs="Segoe UI Symbol"/>
              <w:sz w:val="20"/>
              <w:szCs w:val="20"/>
              <w:lang w:val="ru-RU"/>
            </w:rPr>
            <w:t xml:space="preserve">☐ </w:t>
          </w:r>
        </w:sdtContent>
      </w:sdt>
      <w:r w:rsidR="00D31BCC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координацию </w:t>
      </w:r>
      <w:r w:rsidR="003B6314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и постоянную поддержку </w:t>
      </w:r>
      <w:r w:rsidR="00B34C80" w:rsidRPr="003866D1">
        <w:rPr>
          <w:rFonts w:ascii="Times New Roman" w:hAnsi="Times New Roman" w:cs="Times New Roman"/>
          <w:sz w:val="20"/>
          <w:szCs w:val="20"/>
          <w:lang w:val="ru-RU"/>
        </w:rPr>
        <w:t>в процессе развития и функционирования службы</w:t>
      </w:r>
    </w:p>
    <w:p w14:paraId="5F06FD66" w14:textId="41CCFF87" w:rsidR="008B6F97" w:rsidRPr="003866D1" w:rsidRDefault="00000000" w:rsidP="00EE115B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162480578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265C17" w:rsidRPr="003866D1">
            <w:rPr>
              <w:rFonts w:ascii="MS Gothic" w:eastAsia="MS Gothic" w:hAnsi="MS Gothic" w:cs="Times New Roman"/>
              <w:sz w:val="20"/>
              <w:szCs w:val="20"/>
              <w:lang w:val="ru-RU"/>
            </w:rPr>
            <w:t xml:space="preserve">☐ </w:t>
          </w:r>
        </w:sdtContent>
      </w:sdt>
      <w:r w:rsidR="008B6F97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поиск помещения </w:t>
      </w:r>
      <w:r w:rsidR="00AF45B8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для создания службы </w:t>
      </w:r>
    </w:p>
    <w:p w14:paraId="75265B8F" w14:textId="7B8FDCD4" w:rsidR="00F36ACD" w:rsidRPr="003866D1" w:rsidRDefault="00000000" w:rsidP="4D9B49B5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14252885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D895B3" w:rsidRPr="003866D1">
            <w:rPr>
              <w:rFonts w:ascii="MS Gothic" w:eastAsia="MS Gothic" w:hAnsi="MS Gothic" w:cs="Times New Roman"/>
              <w:sz w:val="20"/>
              <w:szCs w:val="20"/>
              <w:lang w:val="ru-RU"/>
            </w:rPr>
            <w:t xml:space="preserve">☐ </w:t>
          </w:r>
        </w:sdtContent>
      </w:sdt>
      <w:r w:rsidR="00AC18F9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продвижение службы и информирование сообщества </w:t>
      </w:r>
      <w:r w:rsidR="006840D1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о возможностях ее использования </w:t>
      </w:r>
    </w:p>
    <w:p w14:paraId="757B4A8B" w14:textId="7B8A7FA7" w:rsidR="00AD7E4E" w:rsidRPr="003866D1" w:rsidRDefault="00000000" w:rsidP="00AD7E4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13078947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224" w:rsidRPr="003866D1">
            <w:rPr>
              <w:rFonts w:ascii="MS Gothic" w:eastAsia="MS Gothic" w:hAnsi="MS Gothic" w:cs="Times New Roman"/>
              <w:sz w:val="20"/>
              <w:szCs w:val="20"/>
              <w:lang w:val="ru-RU"/>
            </w:rPr>
            <w:t xml:space="preserve">☐ </w:t>
          </w:r>
        </w:sdtContent>
      </w:sdt>
      <w:r w:rsidR="00E85489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применение методов </w:t>
      </w:r>
      <w:r w:rsidR="002F505D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управления делами </w:t>
      </w:r>
      <w:r w:rsidR="00E85489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в соответствии с нормативной базой </w:t>
      </w:r>
    </w:p>
    <w:p w14:paraId="24E87570" w14:textId="0B501678" w:rsidR="002F505D" w:rsidRPr="003866D1" w:rsidRDefault="00000000" w:rsidP="00AD7E4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-89789516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224" w:rsidRPr="003866D1">
            <w:rPr>
              <w:rFonts w:ascii="MS Gothic" w:eastAsia="MS Gothic" w:hAnsi="MS Gothic" w:cs="Times New Roman"/>
              <w:sz w:val="20"/>
              <w:szCs w:val="20"/>
              <w:lang w:val="ru-RU"/>
            </w:rPr>
            <w:t xml:space="preserve">☐ </w:t>
          </w:r>
        </w:sdtContent>
      </w:sdt>
      <w:r w:rsidR="00215DC2" w:rsidRPr="003866D1">
        <w:rPr>
          <w:rFonts w:ascii="Times New Roman" w:hAnsi="Times New Roman" w:cs="Times New Roman"/>
          <w:sz w:val="20"/>
          <w:szCs w:val="20"/>
          <w:lang w:val="ru-RU"/>
        </w:rPr>
        <w:t>мониторинг и оценка качества услуги</w:t>
      </w:r>
    </w:p>
    <w:p w14:paraId="3CFD5EA7" w14:textId="0A71AB8F" w:rsidR="00883AD4" w:rsidRPr="003866D1" w:rsidRDefault="00000000" w:rsidP="00AD7E4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74254847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883AD4" w:rsidRPr="003866D1">
            <w:rPr>
              <w:rFonts w:ascii="MS Gothic" w:eastAsia="MS Gothic" w:hAnsi="MS Gothic" w:cs="Times New Roman"/>
              <w:sz w:val="20"/>
              <w:szCs w:val="20"/>
              <w:lang w:val="ru-RU"/>
            </w:rPr>
            <w:t xml:space="preserve">☐ </w:t>
          </w:r>
        </w:sdtContent>
      </w:sdt>
      <w:r w:rsidR="00215DC2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профессиональное </w:t>
      </w:r>
      <w:r w:rsidR="00712186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развитие </w:t>
      </w:r>
      <w:r w:rsidR="005E1A85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и </w:t>
      </w:r>
      <w:r w:rsidR="00712186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надзор </w:t>
      </w:r>
      <w:r w:rsidR="00883AD4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за </w:t>
      </w:r>
      <w:r w:rsidR="004434B4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персоналом </w:t>
      </w:r>
      <w:r w:rsidR="00883AD4" w:rsidRPr="003866D1">
        <w:rPr>
          <w:rFonts w:ascii="Times New Roman" w:hAnsi="Times New Roman" w:cs="Times New Roman"/>
          <w:sz w:val="20"/>
          <w:szCs w:val="20"/>
          <w:lang w:val="ru-RU"/>
        </w:rPr>
        <w:t>службы</w:t>
      </w:r>
    </w:p>
    <w:p w14:paraId="76C8F52D" w14:textId="2AE0E845" w:rsidR="00642146" w:rsidRPr="003866D1" w:rsidRDefault="00000000" w:rsidP="00642146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-89142911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42146" w:rsidRPr="003866D1">
            <w:rPr>
              <w:rFonts w:ascii="MS Gothic" w:eastAsia="MS Gothic" w:hAnsi="MS Gothic" w:cs="Times New Roman"/>
              <w:sz w:val="20"/>
              <w:szCs w:val="20"/>
              <w:lang w:val="ru-RU"/>
            </w:rPr>
            <w:t xml:space="preserve">☐ </w:t>
          </w:r>
        </w:sdtContent>
      </w:sdt>
      <w:r w:rsidR="00085C3F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содействие процессу </w:t>
      </w:r>
      <w:r w:rsidR="00642146" w:rsidRPr="003866D1">
        <w:rPr>
          <w:rFonts w:ascii="Times New Roman" w:hAnsi="Times New Roman" w:cs="Times New Roman"/>
          <w:sz w:val="20"/>
          <w:szCs w:val="20"/>
          <w:lang w:val="ru-RU"/>
        </w:rPr>
        <w:t>аккредитации службы</w:t>
      </w:r>
    </w:p>
    <w:p w14:paraId="5996F5F9" w14:textId="3C78BC7F" w:rsidR="0096397D" w:rsidRPr="003866D1" w:rsidRDefault="00000000" w:rsidP="00A27D84">
      <w:pPr>
        <w:spacing w:after="0"/>
        <w:jc w:val="both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32147178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6397D" w:rsidRPr="003866D1">
            <w:rPr>
              <w:rFonts w:ascii="MS Gothic" w:eastAsia="MS Gothic" w:hAnsi="MS Gothic" w:cs="Times New Roman"/>
              <w:sz w:val="20"/>
              <w:szCs w:val="20"/>
              <w:lang w:val="ru-RU"/>
            </w:rPr>
            <w:t xml:space="preserve">☐ </w:t>
          </w:r>
        </w:sdtContent>
      </w:sdt>
      <w:r w:rsidR="00085C3F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переход </w:t>
      </w:r>
      <w:r w:rsidR="0096397D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в собственность движимого и недвижимого </w:t>
      </w:r>
      <w:r w:rsidR="00085C3F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имущества, </w:t>
      </w:r>
      <w:r w:rsidR="0096397D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приобретенного в </w:t>
      </w:r>
      <w:r w:rsidR="0007522E" w:rsidRPr="003866D1">
        <w:rPr>
          <w:rFonts w:ascii="Times New Roman" w:hAnsi="Times New Roman" w:cs="Times New Roman"/>
          <w:sz w:val="20"/>
          <w:szCs w:val="20"/>
          <w:lang w:val="ru-RU"/>
        </w:rPr>
        <w:t>рамках проекта</w:t>
      </w:r>
      <w:r w:rsidR="0096397D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, и </w:t>
      </w:r>
      <w:r w:rsidR="0007522E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обеспечение устойчивости </w:t>
      </w:r>
      <w:r w:rsidR="007051EA" w:rsidRPr="003866D1">
        <w:rPr>
          <w:rFonts w:ascii="Times New Roman" w:hAnsi="Times New Roman" w:cs="Times New Roman"/>
          <w:sz w:val="20"/>
          <w:szCs w:val="20"/>
          <w:lang w:val="ru-RU"/>
        </w:rPr>
        <w:t>службы после завершения периода реализации проекта, в том числе путем планирования и выделения финансовых и административных ресурсов, необходимых для ее функционирования и развития.</w:t>
      </w:r>
    </w:p>
    <w:p w14:paraId="04EE1BBD" w14:textId="65CD0DC4" w:rsidR="002F505D" w:rsidRPr="003866D1" w:rsidRDefault="00000000" w:rsidP="00AD7E4E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sdt>
        <w:sdtPr>
          <w:rPr>
            <w:rFonts w:ascii="Times New Roman" w:hAnsi="Times New Roman" w:cs="Times New Roman"/>
            <w:sz w:val="20"/>
            <w:szCs w:val="20"/>
            <w:lang w:val="ru-RU"/>
          </w:rPr>
          <w:id w:val="-16717105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26224" w:rsidRPr="003866D1">
            <w:rPr>
              <w:rFonts w:ascii="MS Gothic" w:eastAsia="MS Gothic" w:hAnsi="MS Gothic" w:cs="Times New Roman"/>
              <w:sz w:val="20"/>
              <w:szCs w:val="20"/>
              <w:lang w:val="ru-RU"/>
            </w:rPr>
            <w:t xml:space="preserve">☐ </w:t>
          </w:r>
        </w:sdtContent>
      </w:sdt>
      <w:r w:rsidR="002F505D" w:rsidRPr="003866D1">
        <w:rPr>
          <w:rFonts w:ascii="Times New Roman" w:hAnsi="Times New Roman" w:cs="Times New Roman"/>
          <w:sz w:val="20"/>
          <w:szCs w:val="20"/>
          <w:lang w:val="ru-RU"/>
        </w:rPr>
        <w:t xml:space="preserve">прочее </w:t>
      </w:r>
      <w:r w:rsidR="467E5011" w:rsidRPr="003866D1">
        <w:rPr>
          <w:rFonts w:ascii="Times New Roman" w:hAnsi="Times New Roman" w:cs="Times New Roman"/>
          <w:sz w:val="20"/>
          <w:szCs w:val="20"/>
          <w:lang w:val="ru-RU"/>
        </w:rPr>
        <w:t>(укажите)</w:t>
      </w:r>
      <w:r w:rsidR="002F505D" w:rsidRPr="003866D1">
        <w:rPr>
          <w:rFonts w:ascii="Times New Roman" w:hAnsi="Times New Roman" w:cs="Times New Roman"/>
          <w:sz w:val="20"/>
          <w:szCs w:val="20"/>
          <w:lang w:val="ru-RU"/>
        </w:rPr>
        <w:t>: ______________________________</w:t>
      </w:r>
    </w:p>
    <w:p w14:paraId="05BDD070" w14:textId="77777777" w:rsidR="00EE115B" w:rsidRPr="003866D1" w:rsidRDefault="00EE115B" w:rsidP="0007090C">
      <w:pPr>
        <w:jc w:val="both"/>
        <w:rPr>
          <w:rFonts w:ascii="Times New Roman" w:hAnsi="Times New Roman" w:cs="Times New Roman"/>
          <w:sz w:val="20"/>
          <w:szCs w:val="20"/>
          <w:lang w:val="ru-RU"/>
        </w:rPr>
      </w:pPr>
    </w:p>
    <w:p w14:paraId="3DAAD12A" w14:textId="27999439" w:rsidR="002F505D" w:rsidRPr="003866D1" w:rsidRDefault="07E256BB" w:rsidP="0007090C">
      <w:pPr>
        <w:jc w:val="both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В случае финансирования проекта </w:t>
      </w:r>
      <w:r w:rsidR="00534B0E"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 xml:space="preserve">Партнёр по реализации </w:t>
      </w:r>
      <w:r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совместно с организацией-исполнителем должен подписать подробное соглашение о партнёрстве.</w:t>
      </w:r>
    </w:p>
    <w:p w14:paraId="387DCAD4" w14:textId="77777777" w:rsidR="002F505D" w:rsidRPr="003866D1" w:rsidRDefault="002F505D" w:rsidP="002F505D">
      <w:pPr>
        <w:rPr>
          <w:rFonts w:ascii="Times New Roman" w:hAnsi="Times New Roman" w:cs="Times New Roman"/>
          <w:sz w:val="20"/>
          <w:szCs w:val="20"/>
          <w:lang w:val="ru-RU"/>
        </w:rPr>
      </w:pPr>
    </w:p>
    <w:p w14:paraId="4CDAF1CB" w14:textId="77777777" w:rsidR="002F505D" w:rsidRPr="003866D1" w:rsidRDefault="002F505D" w:rsidP="00653F57">
      <w:pPr>
        <w:spacing w:after="0"/>
        <w:rPr>
          <w:rFonts w:ascii="Times New Roman" w:hAnsi="Times New Roman" w:cs="Times New Roman"/>
          <w:b/>
          <w:bCs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b/>
          <w:bCs/>
          <w:sz w:val="20"/>
          <w:szCs w:val="20"/>
          <w:lang w:val="ru-RU"/>
        </w:rPr>
        <w:t>С уважением,</w:t>
      </w:r>
    </w:p>
    <w:p w14:paraId="067ADD3B" w14:textId="77777777" w:rsidR="002F505D" w:rsidRPr="003866D1" w:rsidRDefault="002F505D" w:rsidP="00653F5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>Имя: __________________________ (имя ответственного лица)</w:t>
      </w:r>
    </w:p>
    <w:p w14:paraId="3285C3CD" w14:textId="77777777" w:rsidR="002F505D" w:rsidRPr="003866D1" w:rsidRDefault="002F505D" w:rsidP="00653F5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>Должность: ________________________ (официальная должность)</w:t>
      </w:r>
    </w:p>
    <w:p w14:paraId="50B55F1F" w14:textId="77777777" w:rsidR="002F505D" w:rsidRPr="003866D1" w:rsidRDefault="002F505D" w:rsidP="00653F5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>Учреждение: _____________________</w:t>
      </w:r>
    </w:p>
    <w:p w14:paraId="590F0552" w14:textId="77777777" w:rsidR="002F505D" w:rsidRPr="003866D1" w:rsidRDefault="002F505D" w:rsidP="00653F5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>Подпись: _____________________</w:t>
      </w:r>
    </w:p>
    <w:p w14:paraId="304C0B8F" w14:textId="77777777" w:rsidR="002F505D" w:rsidRPr="003866D1" w:rsidRDefault="002F505D" w:rsidP="00653F57">
      <w:pPr>
        <w:spacing w:after="0"/>
        <w:rPr>
          <w:rFonts w:ascii="Times New Roman" w:hAnsi="Times New Roman" w:cs="Times New Roman"/>
          <w:sz w:val="20"/>
          <w:szCs w:val="20"/>
          <w:lang w:val="ru-RU"/>
        </w:rPr>
      </w:pPr>
      <w:r w:rsidRPr="003866D1">
        <w:rPr>
          <w:rFonts w:ascii="Times New Roman" w:hAnsi="Times New Roman" w:cs="Times New Roman"/>
          <w:sz w:val="20"/>
          <w:szCs w:val="20"/>
          <w:lang w:val="ru-RU"/>
        </w:rPr>
        <w:t>Дата: __________________________</w:t>
      </w:r>
    </w:p>
    <w:p w14:paraId="0F968924" w14:textId="77777777" w:rsidR="009A2DA2" w:rsidRPr="003866D1" w:rsidRDefault="009A2DA2" w:rsidP="002F505D">
      <w:pPr>
        <w:rPr>
          <w:rFonts w:ascii="Times New Roman" w:hAnsi="Times New Roman" w:cs="Times New Roman"/>
          <w:sz w:val="20"/>
          <w:szCs w:val="20"/>
          <w:lang w:val="ru-RU"/>
        </w:rPr>
      </w:pPr>
    </w:p>
    <w:sectPr w:rsidR="009A2DA2" w:rsidRPr="003866D1" w:rsidSect="00646EF1">
      <w:headerReference w:type="default" r:id="rId8"/>
      <w:footerReference w:type="default" r:id="rId9"/>
      <w:pgSz w:w="12240" w:h="15840"/>
      <w:pgMar w:top="1418" w:right="1247" w:bottom="1134" w:left="1247" w:header="426" w:footer="6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684E49" w14:textId="77777777" w:rsidR="007E3BD4" w:rsidRDefault="007E3BD4" w:rsidP="002F14AC">
      <w:pPr>
        <w:spacing w:after="0" w:line="240" w:lineRule="auto"/>
      </w:pPr>
      <w:r>
        <w:separator/>
      </w:r>
    </w:p>
  </w:endnote>
  <w:endnote w:type="continuationSeparator" w:id="0">
    <w:p w14:paraId="3C3C51DB" w14:textId="77777777" w:rsidR="007E3BD4" w:rsidRDefault="007E3BD4" w:rsidP="002F14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EFEE8C" w14:textId="2433D106" w:rsidR="002F14AC" w:rsidRDefault="002F14AC" w:rsidP="6CB16AC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6A6EEC" w14:textId="77777777" w:rsidR="007E3BD4" w:rsidRDefault="007E3BD4" w:rsidP="002F14AC">
      <w:pPr>
        <w:spacing w:after="0" w:line="240" w:lineRule="auto"/>
      </w:pPr>
      <w:r>
        <w:separator/>
      </w:r>
    </w:p>
  </w:footnote>
  <w:footnote w:type="continuationSeparator" w:id="0">
    <w:p w14:paraId="46DB8101" w14:textId="77777777" w:rsidR="007E3BD4" w:rsidRDefault="007E3BD4" w:rsidP="002F14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76DAAC" w14:textId="77777777" w:rsidR="00611366" w:rsidRDefault="00611366" w:rsidP="00C7478D">
    <w:pPr>
      <w:pStyle w:val="Header"/>
      <w:rPr>
        <w:highlight w:val="cyan"/>
        <w:lang w:val="en-US"/>
      </w:rPr>
    </w:pPr>
  </w:p>
  <w:p w14:paraId="5C9E76F6" w14:textId="77777777" w:rsidR="00611366" w:rsidRDefault="00611366" w:rsidP="00C7478D">
    <w:pPr>
      <w:pStyle w:val="Header"/>
      <w:rPr>
        <w:highlight w:val="cyan"/>
        <w:lang w:val="en-US"/>
      </w:rPr>
    </w:pPr>
  </w:p>
  <w:p w14:paraId="10379ED9" w14:textId="49D80A6D" w:rsidR="00037B7B" w:rsidRPr="00C7478D" w:rsidRDefault="006E13C2" w:rsidP="006E13C2">
    <w:pPr>
      <w:pStyle w:val="Header"/>
      <w:rPr>
        <w:lang w:val="en-US"/>
      </w:rPr>
    </w:pPr>
    <w:r w:rsidRPr="006E13C2">
      <w:rPr>
        <w:lang w:val="en-US"/>
      </w:rPr>
      <w:t>[</w:t>
    </w:r>
    <w:r w:rsidRPr="006E13C2">
      <w:rPr>
        <w:lang w:val="en-US"/>
      </w:rPr>
      <w:t xml:space="preserve">Штамп </w:t>
    </w:r>
    <w:r w:rsidR="0072570A">
      <w:rPr>
        <w:lang w:val="en-US"/>
      </w:rPr>
      <w:t>«Партнер»</w:t>
    </w:r>
    <w:r w:rsidRPr="006E13C2">
      <w:rPr>
        <w:lang w:val="en-US"/>
      </w:rPr>
      <w:t>]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9D32486"/>
    <w:multiLevelType w:val="hybridMultilevel"/>
    <w:tmpl w:val="1474E9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76643442">
    <w:abstractNumId w:val="8"/>
  </w:num>
  <w:num w:numId="2" w16cid:durableId="25255532">
    <w:abstractNumId w:val="6"/>
  </w:num>
  <w:num w:numId="3" w16cid:durableId="798649673">
    <w:abstractNumId w:val="5"/>
  </w:num>
  <w:num w:numId="4" w16cid:durableId="412973206">
    <w:abstractNumId w:val="4"/>
  </w:num>
  <w:num w:numId="5" w16cid:durableId="742987507">
    <w:abstractNumId w:val="7"/>
  </w:num>
  <w:num w:numId="6" w16cid:durableId="581140121">
    <w:abstractNumId w:val="3"/>
  </w:num>
  <w:num w:numId="7" w16cid:durableId="1451850497">
    <w:abstractNumId w:val="2"/>
  </w:num>
  <w:num w:numId="8" w16cid:durableId="1129279993">
    <w:abstractNumId w:val="1"/>
  </w:num>
  <w:num w:numId="9" w16cid:durableId="179247117">
    <w:abstractNumId w:val="0"/>
  </w:num>
  <w:num w:numId="10" w16cid:durableId="693263005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web"/>
  <w:zoom w:percent="98"/>
  <w:removePersonalInformation/>
  <w:removeDateAndTime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00259"/>
    <w:rsid w:val="000005B1"/>
    <w:rsid w:val="000012B4"/>
    <w:rsid w:val="000218F8"/>
    <w:rsid w:val="00025216"/>
    <w:rsid w:val="00034616"/>
    <w:rsid w:val="00037B7B"/>
    <w:rsid w:val="00043AFA"/>
    <w:rsid w:val="0005300D"/>
    <w:rsid w:val="00055186"/>
    <w:rsid w:val="0006063C"/>
    <w:rsid w:val="00063D3A"/>
    <w:rsid w:val="0007090C"/>
    <w:rsid w:val="0007522E"/>
    <w:rsid w:val="00075E00"/>
    <w:rsid w:val="000804EC"/>
    <w:rsid w:val="00085C3F"/>
    <w:rsid w:val="0008638B"/>
    <w:rsid w:val="00095BC2"/>
    <w:rsid w:val="000A0A3A"/>
    <w:rsid w:val="000A33E8"/>
    <w:rsid w:val="000A6A21"/>
    <w:rsid w:val="000B3C9B"/>
    <w:rsid w:val="000C3E0A"/>
    <w:rsid w:val="000D6425"/>
    <w:rsid w:val="000E46AA"/>
    <w:rsid w:val="000F25A2"/>
    <w:rsid w:val="000F31DE"/>
    <w:rsid w:val="0010108F"/>
    <w:rsid w:val="00117C23"/>
    <w:rsid w:val="001245E9"/>
    <w:rsid w:val="00130196"/>
    <w:rsid w:val="00134816"/>
    <w:rsid w:val="0014385D"/>
    <w:rsid w:val="0015074B"/>
    <w:rsid w:val="00150829"/>
    <w:rsid w:val="00176FE4"/>
    <w:rsid w:val="00180961"/>
    <w:rsid w:val="001877C7"/>
    <w:rsid w:val="001949D9"/>
    <w:rsid w:val="001D2104"/>
    <w:rsid w:val="001F4393"/>
    <w:rsid w:val="002018AC"/>
    <w:rsid w:val="00204A04"/>
    <w:rsid w:val="002061E4"/>
    <w:rsid w:val="00215DC2"/>
    <w:rsid w:val="002163D7"/>
    <w:rsid w:val="00220D0D"/>
    <w:rsid w:val="00234BCA"/>
    <w:rsid w:val="0023698D"/>
    <w:rsid w:val="00236DAB"/>
    <w:rsid w:val="0024254B"/>
    <w:rsid w:val="00253853"/>
    <w:rsid w:val="00255687"/>
    <w:rsid w:val="00255FD4"/>
    <w:rsid w:val="00257B81"/>
    <w:rsid w:val="0026042A"/>
    <w:rsid w:val="00263CC3"/>
    <w:rsid w:val="00265C17"/>
    <w:rsid w:val="00275B49"/>
    <w:rsid w:val="00287744"/>
    <w:rsid w:val="0029639D"/>
    <w:rsid w:val="002B7C57"/>
    <w:rsid w:val="002C1C09"/>
    <w:rsid w:val="002C587C"/>
    <w:rsid w:val="002C6F47"/>
    <w:rsid w:val="002C7420"/>
    <w:rsid w:val="002D3B18"/>
    <w:rsid w:val="002E33BA"/>
    <w:rsid w:val="002F09E0"/>
    <w:rsid w:val="002F14AC"/>
    <w:rsid w:val="002F505D"/>
    <w:rsid w:val="003046A6"/>
    <w:rsid w:val="003056D5"/>
    <w:rsid w:val="00306555"/>
    <w:rsid w:val="00316238"/>
    <w:rsid w:val="00326F90"/>
    <w:rsid w:val="003431FC"/>
    <w:rsid w:val="003432E7"/>
    <w:rsid w:val="00344801"/>
    <w:rsid w:val="00350B84"/>
    <w:rsid w:val="003866D1"/>
    <w:rsid w:val="00392F09"/>
    <w:rsid w:val="003967EE"/>
    <w:rsid w:val="003A74C4"/>
    <w:rsid w:val="003B0F5F"/>
    <w:rsid w:val="003B39A8"/>
    <w:rsid w:val="003B6314"/>
    <w:rsid w:val="003B6BA2"/>
    <w:rsid w:val="003B7F79"/>
    <w:rsid w:val="003C0E49"/>
    <w:rsid w:val="003C13DA"/>
    <w:rsid w:val="003D0DF1"/>
    <w:rsid w:val="003D58CF"/>
    <w:rsid w:val="003E04D0"/>
    <w:rsid w:val="003E35C7"/>
    <w:rsid w:val="003E7DFE"/>
    <w:rsid w:val="003F25E3"/>
    <w:rsid w:val="003F39CF"/>
    <w:rsid w:val="003F3E3E"/>
    <w:rsid w:val="0041201B"/>
    <w:rsid w:val="0041779F"/>
    <w:rsid w:val="0044101B"/>
    <w:rsid w:val="004434B4"/>
    <w:rsid w:val="00443EF4"/>
    <w:rsid w:val="00453A8A"/>
    <w:rsid w:val="00464DF2"/>
    <w:rsid w:val="00490E3E"/>
    <w:rsid w:val="004A57FA"/>
    <w:rsid w:val="004A7677"/>
    <w:rsid w:val="004D0B1B"/>
    <w:rsid w:val="004D0E56"/>
    <w:rsid w:val="004D4259"/>
    <w:rsid w:val="004E685D"/>
    <w:rsid w:val="00507747"/>
    <w:rsid w:val="005158FD"/>
    <w:rsid w:val="00517069"/>
    <w:rsid w:val="00522801"/>
    <w:rsid w:val="00524BDF"/>
    <w:rsid w:val="005251F5"/>
    <w:rsid w:val="00525DC3"/>
    <w:rsid w:val="005302D5"/>
    <w:rsid w:val="00533077"/>
    <w:rsid w:val="00534B0E"/>
    <w:rsid w:val="00536E91"/>
    <w:rsid w:val="005427C6"/>
    <w:rsid w:val="00545F8F"/>
    <w:rsid w:val="005461FD"/>
    <w:rsid w:val="00547A05"/>
    <w:rsid w:val="00550CC5"/>
    <w:rsid w:val="00554CCA"/>
    <w:rsid w:val="005633F9"/>
    <w:rsid w:val="00581805"/>
    <w:rsid w:val="00587736"/>
    <w:rsid w:val="005900DE"/>
    <w:rsid w:val="00592B0E"/>
    <w:rsid w:val="005A1FD2"/>
    <w:rsid w:val="005A35A9"/>
    <w:rsid w:val="005A709B"/>
    <w:rsid w:val="005A7D4E"/>
    <w:rsid w:val="005A7ED6"/>
    <w:rsid w:val="005C210A"/>
    <w:rsid w:val="005E1A85"/>
    <w:rsid w:val="005F1C58"/>
    <w:rsid w:val="005F6F07"/>
    <w:rsid w:val="00601AD4"/>
    <w:rsid w:val="00603985"/>
    <w:rsid w:val="00611366"/>
    <w:rsid w:val="00626224"/>
    <w:rsid w:val="006266B3"/>
    <w:rsid w:val="00627F23"/>
    <w:rsid w:val="00636271"/>
    <w:rsid w:val="00636E9F"/>
    <w:rsid w:val="00642146"/>
    <w:rsid w:val="006431EA"/>
    <w:rsid w:val="006452B0"/>
    <w:rsid w:val="00646EF1"/>
    <w:rsid w:val="00653F57"/>
    <w:rsid w:val="0065517C"/>
    <w:rsid w:val="00662548"/>
    <w:rsid w:val="00673C56"/>
    <w:rsid w:val="00676FD1"/>
    <w:rsid w:val="006840D1"/>
    <w:rsid w:val="006958D2"/>
    <w:rsid w:val="006973BD"/>
    <w:rsid w:val="006A12CF"/>
    <w:rsid w:val="006A3C4F"/>
    <w:rsid w:val="006A68AC"/>
    <w:rsid w:val="006B6108"/>
    <w:rsid w:val="006C0EE8"/>
    <w:rsid w:val="006C1473"/>
    <w:rsid w:val="006D6DCA"/>
    <w:rsid w:val="006E13C2"/>
    <w:rsid w:val="006F75AD"/>
    <w:rsid w:val="007017D0"/>
    <w:rsid w:val="007049C1"/>
    <w:rsid w:val="007051EA"/>
    <w:rsid w:val="00706C58"/>
    <w:rsid w:val="00712186"/>
    <w:rsid w:val="007166CC"/>
    <w:rsid w:val="0072033D"/>
    <w:rsid w:val="00723AC1"/>
    <w:rsid w:val="00723CD6"/>
    <w:rsid w:val="00724ABB"/>
    <w:rsid w:val="00724BB1"/>
    <w:rsid w:val="0072570A"/>
    <w:rsid w:val="00726666"/>
    <w:rsid w:val="0073693F"/>
    <w:rsid w:val="00741E12"/>
    <w:rsid w:val="0074226C"/>
    <w:rsid w:val="00742631"/>
    <w:rsid w:val="007513F6"/>
    <w:rsid w:val="00754716"/>
    <w:rsid w:val="00755C2C"/>
    <w:rsid w:val="00770F61"/>
    <w:rsid w:val="00771887"/>
    <w:rsid w:val="00772F68"/>
    <w:rsid w:val="00776D43"/>
    <w:rsid w:val="00785CFD"/>
    <w:rsid w:val="00786233"/>
    <w:rsid w:val="007931FF"/>
    <w:rsid w:val="007C3EBB"/>
    <w:rsid w:val="007D2809"/>
    <w:rsid w:val="007E2BB4"/>
    <w:rsid w:val="007E3B47"/>
    <w:rsid w:val="007E3BD4"/>
    <w:rsid w:val="007E3F7E"/>
    <w:rsid w:val="007E771D"/>
    <w:rsid w:val="0081186B"/>
    <w:rsid w:val="0083160E"/>
    <w:rsid w:val="00842DCB"/>
    <w:rsid w:val="008524E8"/>
    <w:rsid w:val="00867793"/>
    <w:rsid w:val="00871061"/>
    <w:rsid w:val="00871BB4"/>
    <w:rsid w:val="00880661"/>
    <w:rsid w:val="00883AD4"/>
    <w:rsid w:val="0088424C"/>
    <w:rsid w:val="00884E53"/>
    <w:rsid w:val="008859E8"/>
    <w:rsid w:val="00885B3E"/>
    <w:rsid w:val="008A1F70"/>
    <w:rsid w:val="008A55AF"/>
    <w:rsid w:val="008B6F97"/>
    <w:rsid w:val="008C10CD"/>
    <w:rsid w:val="008C3B6B"/>
    <w:rsid w:val="008D07E7"/>
    <w:rsid w:val="008D26F4"/>
    <w:rsid w:val="008D3FE3"/>
    <w:rsid w:val="008D46E0"/>
    <w:rsid w:val="008D722E"/>
    <w:rsid w:val="009078FA"/>
    <w:rsid w:val="0091171C"/>
    <w:rsid w:val="009234DD"/>
    <w:rsid w:val="009300E5"/>
    <w:rsid w:val="00930ABB"/>
    <w:rsid w:val="00934958"/>
    <w:rsid w:val="0094145B"/>
    <w:rsid w:val="00944553"/>
    <w:rsid w:val="009624DE"/>
    <w:rsid w:val="0096397D"/>
    <w:rsid w:val="0096683F"/>
    <w:rsid w:val="00966B32"/>
    <w:rsid w:val="00976BA8"/>
    <w:rsid w:val="00980DEB"/>
    <w:rsid w:val="0098623D"/>
    <w:rsid w:val="00987736"/>
    <w:rsid w:val="0099292F"/>
    <w:rsid w:val="0099447F"/>
    <w:rsid w:val="00997932"/>
    <w:rsid w:val="009A06EB"/>
    <w:rsid w:val="009A2DA2"/>
    <w:rsid w:val="009B2CFA"/>
    <w:rsid w:val="009B30E4"/>
    <w:rsid w:val="009B3D14"/>
    <w:rsid w:val="009B6EE1"/>
    <w:rsid w:val="009C73B8"/>
    <w:rsid w:val="009D2BA1"/>
    <w:rsid w:val="009E11F2"/>
    <w:rsid w:val="009F1357"/>
    <w:rsid w:val="009F321B"/>
    <w:rsid w:val="00A05A1B"/>
    <w:rsid w:val="00A05EC5"/>
    <w:rsid w:val="00A117AD"/>
    <w:rsid w:val="00A15E4A"/>
    <w:rsid w:val="00A22F50"/>
    <w:rsid w:val="00A27D84"/>
    <w:rsid w:val="00A27F77"/>
    <w:rsid w:val="00A300EA"/>
    <w:rsid w:val="00A36D5D"/>
    <w:rsid w:val="00A403B9"/>
    <w:rsid w:val="00A46EBB"/>
    <w:rsid w:val="00A56180"/>
    <w:rsid w:val="00A5620A"/>
    <w:rsid w:val="00A61E97"/>
    <w:rsid w:val="00A7004C"/>
    <w:rsid w:val="00A821A2"/>
    <w:rsid w:val="00A826D1"/>
    <w:rsid w:val="00A8422A"/>
    <w:rsid w:val="00A85EFD"/>
    <w:rsid w:val="00A94681"/>
    <w:rsid w:val="00A9778A"/>
    <w:rsid w:val="00AA1D8D"/>
    <w:rsid w:val="00AA694A"/>
    <w:rsid w:val="00AA6F84"/>
    <w:rsid w:val="00AC18F9"/>
    <w:rsid w:val="00AC6EFB"/>
    <w:rsid w:val="00AC790B"/>
    <w:rsid w:val="00AD1164"/>
    <w:rsid w:val="00AD1CF5"/>
    <w:rsid w:val="00AD6075"/>
    <w:rsid w:val="00AD7E4E"/>
    <w:rsid w:val="00AE0AA6"/>
    <w:rsid w:val="00AE4915"/>
    <w:rsid w:val="00AE7FDB"/>
    <w:rsid w:val="00AF1382"/>
    <w:rsid w:val="00AF45B8"/>
    <w:rsid w:val="00B16014"/>
    <w:rsid w:val="00B2064E"/>
    <w:rsid w:val="00B278D0"/>
    <w:rsid w:val="00B34C80"/>
    <w:rsid w:val="00B368E0"/>
    <w:rsid w:val="00B3693B"/>
    <w:rsid w:val="00B40783"/>
    <w:rsid w:val="00B42B01"/>
    <w:rsid w:val="00B47730"/>
    <w:rsid w:val="00B50CC3"/>
    <w:rsid w:val="00B54A05"/>
    <w:rsid w:val="00B73F15"/>
    <w:rsid w:val="00B7552F"/>
    <w:rsid w:val="00B9193E"/>
    <w:rsid w:val="00B92339"/>
    <w:rsid w:val="00B955E8"/>
    <w:rsid w:val="00B9713B"/>
    <w:rsid w:val="00BA0D0E"/>
    <w:rsid w:val="00BA2792"/>
    <w:rsid w:val="00BA7742"/>
    <w:rsid w:val="00BB1D11"/>
    <w:rsid w:val="00BC1C42"/>
    <w:rsid w:val="00BC1DA5"/>
    <w:rsid w:val="00BC2F71"/>
    <w:rsid w:val="00BC69F1"/>
    <w:rsid w:val="00BD3D38"/>
    <w:rsid w:val="00BD5E66"/>
    <w:rsid w:val="00BD73CF"/>
    <w:rsid w:val="00BE61F2"/>
    <w:rsid w:val="00BF0C5C"/>
    <w:rsid w:val="00BF431B"/>
    <w:rsid w:val="00BF595A"/>
    <w:rsid w:val="00BF7306"/>
    <w:rsid w:val="00C0038E"/>
    <w:rsid w:val="00C016E1"/>
    <w:rsid w:val="00C03A5A"/>
    <w:rsid w:val="00C134CB"/>
    <w:rsid w:val="00C2636C"/>
    <w:rsid w:val="00C27329"/>
    <w:rsid w:val="00C44CDD"/>
    <w:rsid w:val="00C503F7"/>
    <w:rsid w:val="00C533C6"/>
    <w:rsid w:val="00C55991"/>
    <w:rsid w:val="00C6104F"/>
    <w:rsid w:val="00C7478D"/>
    <w:rsid w:val="00C91C89"/>
    <w:rsid w:val="00C951F5"/>
    <w:rsid w:val="00CB0664"/>
    <w:rsid w:val="00CB4543"/>
    <w:rsid w:val="00CC169A"/>
    <w:rsid w:val="00CC263F"/>
    <w:rsid w:val="00CD3508"/>
    <w:rsid w:val="00CD3EE8"/>
    <w:rsid w:val="00CE1BC1"/>
    <w:rsid w:val="00CE5B22"/>
    <w:rsid w:val="00CE64F6"/>
    <w:rsid w:val="00CF1B59"/>
    <w:rsid w:val="00D03CEE"/>
    <w:rsid w:val="00D12E8C"/>
    <w:rsid w:val="00D12F7D"/>
    <w:rsid w:val="00D14755"/>
    <w:rsid w:val="00D16B72"/>
    <w:rsid w:val="00D31BCC"/>
    <w:rsid w:val="00D33889"/>
    <w:rsid w:val="00D53BDE"/>
    <w:rsid w:val="00D55362"/>
    <w:rsid w:val="00D607E9"/>
    <w:rsid w:val="00D776F0"/>
    <w:rsid w:val="00D83B07"/>
    <w:rsid w:val="00D895B3"/>
    <w:rsid w:val="00DA5DA9"/>
    <w:rsid w:val="00DA6DE4"/>
    <w:rsid w:val="00DB3054"/>
    <w:rsid w:val="00DB76D1"/>
    <w:rsid w:val="00DC0BB3"/>
    <w:rsid w:val="00DD5A0F"/>
    <w:rsid w:val="00DD5C97"/>
    <w:rsid w:val="00DE4C4B"/>
    <w:rsid w:val="00DF3F10"/>
    <w:rsid w:val="00E053C9"/>
    <w:rsid w:val="00E177C9"/>
    <w:rsid w:val="00E22DD5"/>
    <w:rsid w:val="00E27664"/>
    <w:rsid w:val="00E34DAE"/>
    <w:rsid w:val="00E36F64"/>
    <w:rsid w:val="00E47D0F"/>
    <w:rsid w:val="00E47D61"/>
    <w:rsid w:val="00E50B37"/>
    <w:rsid w:val="00E5149F"/>
    <w:rsid w:val="00E62186"/>
    <w:rsid w:val="00E6407A"/>
    <w:rsid w:val="00E716B1"/>
    <w:rsid w:val="00E85489"/>
    <w:rsid w:val="00E92842"/>
    <w:rsid w:val="00E95EFA"/>
    <w:rsid w:val="00E973CD"/>
    <w:rsid w:val="00EA0935"/>
    <w:rsid w:val="00EA0A4D"/>
    <w:rsid w:val="00EA3618"/>
    <w:rsid w:val="00EB695D"/>
    <w:rsid w:val="00EB7DE0"/>
    <w:rsid w:val="00EC3323"/>
    <w:rsid w:val="00EE0774"/>
    <w:rsid w:val="00EE115B"/>
    <w:rsid w:val="00EE499C"/>
    <w:rsid w:val="00F03033"/>
    <w:rsid w:val="00F04D6F"/>
    <w:rsid w:val="00F120E5"/>
    <w:rsid w:val="00F22E94"/>
    <w:rsid w:val="00F33414"/>
    <w:rsid w:val="00F35976"/>
    <w:rsid w:val="00F36ACD"/>
    <w:rsid w:val="00F37EF8"/>
    <w:rsid w:val="00F404C1"/>
    <w:rsid w:val="00F412F5"/>
    <w:rsid w:val="00F43A2B"/>
    <w:rsid w:val="00F561B6"/>
    <w:rsid w:val="00F6405F"/>
    <w:rsid w:val="00F66939"/>
    <w:rsid w:val="00F92BCC"/>
    <w:rsid w:val="00FA02E5"/>
    <w:rsid w:val="00FA494B"/>
    <w:rsid w:val="00FB2579"/>
    <w:rsid w:val="00FB44B6"/>
    <w:rsid w:val="00FC04B0"/>
    <w:rsid w:val="00FC693F"/>
    <w:rsid w:val="00FC75B1"/>
    <w:rsid w:val="00FD4522"/>
    <w:rsid w:val="00FE393E"/>
    <w:rsid w:val="00FF0963"/>
    <w:rsid w:val="00FF477D"/>
    <w:rsid w:val="07E256BB"/>
    <w:rsid w:val="0E81A517"/>
    <w:rsid w:val="14806DF8"/>
    <w:rsid w:val="16D6149E"/>
    <w:rsid w:val="1981C547"/>
    <w:rsid w:val="1F7F6E54"/>
    <w:rsid w:val="242013A9"/>
    <w:rsid w:val="2D76D72B"/>
    <w:rsid w:val="34ED0DE2"/>
    <w:rsid w:val="35C65399"/>
    <w:rsid w:val="3668D22E"/>
    <w:rsid w:val="3729269B"/>
    <w:rsid w:val="3A293DAB"/>
    <w:rsid w:val="3AFCD4D4"/>
    <w:rsid w:val="3DD50C17"/>
    <w:rsid w:val="467E5011"/>
    <w:rsid w:val="4ADDF338"/>
    <w:rsid w:val="4D9B49B5"/>
    <w:rsid w:val="508288B2"/>
    <w:rsid w:val="5857B2F5"/>
    <w:rsid w:val="58F80C17"/>
    <w:rsid w:val="5D388BAC"/>
    <w:rsid w:val="61204F00"/>
    <w:rsid w:val="64CD484A"/>
    <w:rsid w:val="6CB16AC1"/>
    <w:rsid w:val="6D966EC9"/>
    <w:rsid w:val="6F47C023"/>
    <w:rsid w:val="76085F1F"/>
    <w:rsid w:val="7FE925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24062061"/>
  <w14:defaultImageDpi w14:val="33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0252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114166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025216"/>
    <w:rPr>
      <w:rFonts w:asciiTheme="majorHAnsi" w:eastAsiaTheme="majorEastAsia" w:hAnsiTheme="majorHAnsi" w:cstheme="majorBidi"/>
      <w:b/>
      <w:bCs/>
      <w:color w:val="114166"/>
      <w:sz w:val="26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3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CommentReference">
    <w:name w:val="annotation reference"/>
    <w:basedOn w:val="DefaultParagraphFont"/>
    <w:uiPriority w:val="99"/>
    <w:semiHidden/>
    <w:unhideWhenUsed/>
    <w:rsid w:val="009C73B8"/>
    <w:rPr>
      <w:sz w:val="16"/>
      <w:szCs w:val="16"/>
    </w:rPr>
  </w:style>
  <w:style w:type="paragraph" w:customStyle="1" w:styleId="CommentText1">
    <w:name w:val="Comment Text1"/>
    <w:basedOn w:val="Normal"/>
    <w:next w:val="CommentText"/>
    <w:link w:val="CommentTextChar"/>
    <w:uiPriority w:val="99"/>
    <w:unhideWhenUsed/>
    <w:rsid w:val="009C73B8"/>
    <w:pPr>
      <w:spacing w:line="240" w:lineRule="auto"/>
      <w:jc w:val="both"/>
    </w:pPr>
    <w:rPr>
      <w:rFonts w:ascii="Calibri" w:hAnsi="Calibri" w:cs="Times New Roman"/>
      <w:sz w:val="20"/>
      <w:szCs w:val="20"/>
    </w:rPr>
  </w:style>
  <w:style w:type="character" w:customStyle="1" w:styleId="CommentTextChar">
    <w:name w:val="Comment Text Char"/>
    <w:basedOn w:val="DefaultParagraphFont"/>
    <w:link w:val="CommentText1"/>
    <w:uiPriority w:val="99"/>
    <w:rsid w:val="009C73B8"/>
    <w:rPr>
      <w:rFonts w:ascii="Calibri" w:hAnsi="Calibri" w:cs="Times New Roman"/>
      <w:sz w:val="20"/>
      <w:szCs w:val="20"/>
      <w:lang w:val="ro"/>
    </w:rPr>
  </w:style>
  <w:style w:type="paragraph" w:styleId="CommentText">
    <w:name w:val="annotation text"/>
    <w:basedOn w:val="Normal"/>
    <w:link w:val="CommentTextChar1"/>
    <w:uiPriority w:val="99"/>
    <w:unhideWhenUsed/>
    <w:rsid w:val="009C73B8"/>
    <w:pPr>
      <w:spacing w:line="240" w:lineRule="auto"/>
    </w:pPr>
    <w:rPr>
      <w:sz w:val="20"/>
      <w:szCs w:val="20"/>
    </w:rPr>
  </w:style>
  <w:style w:type="character" w:customStyle="1" w:styleId="CommentTextChar1">
    <w:name w:val="Comment Text Char1"/>
    <w:basedOn w:val="DefaultParagraphFont"/>
    <w:link w:val="CommentText"/>
    <w:uiPriority w:val="99"/>
    <w:rsid w:val="009C73B8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47D0F"/>
    <w:rPr>
      <w:b/>
      <w:bCs/>
    </w:rPr>
  </w:style>
  <w:style w:type="character" w:customStyle="1" w:styleId="CommentSubjectChar">
    <w:name w:val="Comment Subject Char"/>
    <w:basedOn w:val="CommentTextChar1"/>
    <w:link w:val="CommentSubject"/>
    <w:uiPriority w:val="99"/>
    <w:semiHidden/>
    <w:rsid w:val="00E47D0F"/>
    <w:rPr>
      <w:rFonts w:ascii="Arial" w:hAnsi="Arial"/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392F09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92F09"/>
    <w:rPr>
      <w:color w:val="605E5C"/>
      <w:shd w:val="clear" w:color="auto" w:fill="E1DFDD"/>
    </w:rPr>
  </w:style>
  <w:style w:type="paragraph" w:styleId="FootnoteText">
    <w:name w:val="footnote text"/>
    <w:aliases w:val="Schriftart: 9 pt,Schriftart: 10 pt,Schriftart: 8 pt,WB-Fußnotentext,FoodNote,ft,Footnote,Footnote Text Char Char,Footnote Text Char1 Char Char,Footnote Text Char Char Char Char,fn,f,Voetnoottekst Char,Footnote Text Char1 Cha"/>
    <w:basedOn w:val="Normal"/>
    <w:link w:val="FootnoteTextChar1"/>
    <w:autoRedefine/>
    <w:uiPriority w:val="99"/>
    <w:qFormat/>
    <w:rsid w:val="00A05EC5"/>
    <w:pPr>
      <w:widowControl w:val="0"/>
      <w:tabs>
        <w:tab w:val="left" w:pos="284"/>
      </w:tabs>
      <w:spacing w:after="0" w:line="240" w:lineRule="auto"/>
      <w:ind w:left="142" w:hanging="142"/>
      <w:jc w:val="both"/>
    </w:pPr>
    <w:rPr>
      <w:rFonts w:ascii="Times New Roman" w:eastAsia="Calibri" w:hAnsi="Times New Roman" w:cs="Times New Roman"/>
      <w:sz w:val="20"/>
      <w:szCs w:val="20"/>
      <w:lang w:val="en-GB"/>
    </w:rPr>
  </w:style>
  <w:style w:type="character" w:customStyle="1" w:styleId="FootnoteTextChar">
    <w:name w:val="Footnote Text Char"/>
    <w:basedOn w:val="DefaultParagraphFont"/>
    <w:uiPriority w:val="99"/>
    <w:semiHidden/>
    <w:rsid w:val="00A05EC5"/>
    <w:rPr>
      <w:rFonts w:ascii="Arial" w:hAnsi="Arial"/>
      <w:sz w:val="20"/>
      <w:szCs w:val="20"/>
    </w:rPr>
  </w:style>
  <w:style w:type="character" w:styleId="FootnoteReference">
    <w:name w:val="footnote reference"/>
    <w:aliases w:val="Footnote symbol,Times 10 Point,Exposant 3 Point, Exposant 3 Point,Footnote number,Footnote Reference Number,Footnote reference number,Footnote Reference Superscript,EN Footnote Reference,note TESI,Voetnootverwijzing,fr,o,FR,FR1,note T"/>
    <w:link w:val="Char2"/>
    <w:uiPriority w:val="99"/>
    <w:qFormat/>
    <w:rsid w:val="00A05EC5"/>
    <w:rPr>
      <w:rFonts w:ascii="Times New Roman" w:hAnsi="Times New Roman"/>
      <w:szCs w:val="16"/>
      <w:vertAlign w:val="superscript"/>
      <w:lang w:val="en-US"/>
    </w:rPr>
  </w:style>
  <w:style w:type="paragraph" w:customStyle="1" w:styleId="Char2">
    <w:name w:val="Char2"/>
    <w:basedOn w:val="Normal"/>
    <w:link w:val="FootnoteReference"/>
    <w:uiPriority w:val="99"/>
    <w:rsid w:val="00A05EC5"/>
    <w:pPr>
      <w:spacing w:after="160" w:line="240" w:lineRule="exact"/>
    </w:pPr>
    <w:rPr>
      <w:rFonts w:ascii="Times New Roman" w:hAnsi="Times New Roman"/>
      <w:sz w:val="22"/>
      <w:szCs w:val="16"/>
      <w:vertAlign w:val="superscript"/>
      <w:lang w:val="en-US"/>
    </w:rPr>
  </w:style>
  <w:style w:type="character" w:customStyle="1" w:styleId="FootnoteTextChar1">
    <w:name w:val="Footnote Text Char1"/>
    <w:aliases w:val="Schriftart: 9 pt Char,Schriftart: 10 pt Char,Schriftart: 8 pt Char,WB-Fußnotentext Char,FoodNote Char,ft Char,Footnote Char,Footnote Text Char Char Char,Footnote Text Char1 Char Char Char,Footnote Text Char Char Char Char Char,f Char"/>
    <w:link w:val="FootnoteText"/>
    <w:uiPriority w:val="99"/>
    <w:rsid w:val="00A05EC5"/>
    <w:rPr>
      <w:rFonts w:ascii="Times New Roman" w:eastAsia="Calibri" w:hAnsi="Times New Roman" w:cs="Times New Roman"/>
      <w:sz w:val="20"/>
      <w:szCs w:val="20"/>
      <w:lang w:val="en-GB"/>
    </w:rPr>
  </w:style>
  <w:style w:type="paragraph" w:styleId="Revision">
    <w:name w:val="Revision"/>
    <w:hidden/>
    <w:uiPriority w:val="99"/>
    <w:semiHidden/>
    <w:rsid w:val="00A403B9"/>
    <w:pPr>
      <w:spacing w:after="0" w:line="240" w:lineRule="auto"/>
    </w:pPr>
    <w:rPr>
      <w:rFonts w:ascii="Arial" w:hAnsi="Arial"/>
      <w:sz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2452</Characters>
  <Application>Microsoft Office Word</Application>
  <DocSecurity>0</DocSecurity>
  <Lines>55</Lines>
  <Paragraphs>34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2026-10-13T13:37:00Z</dcterms:created>
  <dcterms:modified xsi:type="dcterms:W3CDTF">2026-10-13T13:37:00Z</dcterms:modified>
  <cp:category/>
</cp:coreProperties>
</file>