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09475" w14:textId="2154C92D" w:rsidR="00977603" w:rsidRPr="004D3872" w:rsidRDefault="00977603" w:rsidP="00977603">
      <w:pPr>
        <w:rPr>
          <w:b/>
          <w:bCs/>
          <w:iCs/>
          <w:sz w:val="22"/>
          <w:szCs w:val="22"/>
          <w:lang w:val="ru-RU"/>
        </w:rPr>
      </w:pPr>
      <w:r w:rsidRPr="004D3872">
        <w:rPr>
          <w:b/>
          <w:bCs/>
          <w:iCs/>
          <w:sz w:val="22"/>
          <w:szCs w:val="22"/>
          <w:lang w:val="ru-RU"/>
        </w:rPr>
        <w:t>Приложение А.</w:t>
      </w:r>
    </w:p>
    <w:p w14:paraId="16AD2A13" w14:textId="6560CFCB" w:rsidR="00D36169" w:rsidRPr="004D3872" w:rsidRDefault="00D36169" w:rsidP="00D36169">
      <w:pPr>
        <w:spacing w:before="100" w:beforeAutospacing="1" w:after="100" w:afterAutospacing="1" w:line="240" w:lineRule="auto"/>
        <w:jc w:val="center"/>
        <w:outlineLvl w:val="0"/>
        <w:rPr>
          <w:rFonts w:eastAsia="SimSun"/>
          <w:b/>
          <w:bCs/>
          <w:color w:val="114166"/>
          <w:kern w:val="36"/>
          <w:sz w:val="36"/>
          <w:szCs w:val="36"/>
          <w:lang w:val="ru-RU"/>
        </w:rPr>
      </w:pPr>
      <w:r w:rsidRPr="004D3872">
        <w:rPr>
          <w:rFonts w:eastAsia="SimSun"/>
          <w:b/>
          <w:bCs/>
          <w:color w:val="114166"/>
          <w:kern w:val="36"/>
          <w:sz w:val="36"/>
          <w:szCs w:val="36"/>
          <w:lang w:val="ru-RU"/>
        </w:rPr>
        <w:t>ФОРМА ЗАЯВКИ</w:t>
      </w:r>
    </w:p>
    <w:p w14:paraId="677FA0D1" w14:textId="167F91A8" w:rsidR="00BA5272" w:rsidRPr="004D3872" w:rsidRDefault="2BD23FE7" w:rsidP="00FF22F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114166"/>
          <w:sz w:val="28"/>
          <w:szCs w:val="28"/>
          <w:lang w:val="ru-RU"/>
        </w:rPr>
      </w:pPr>
      <w:r w:rsidRPr="004D3872">
        <w:rPr>
          <w:b/>
          <w:bCs/>
          <w:color w:val="114166"/>
          <w:sz w:val="28"/>
          <w:szCs w:val="28"/>
          <w:lang w:val="ru-RU"/>
        </w:rPr>
        <w:t xml:space="preserve">в рамках Приглашения к выражению заинтересованности </w:t>
      </w:r>
      <w:r w:rsidR="00FF22FB" w:rsidRPr="004D3872">
        <w:rPr>
          <w:b/>
          <w:bCs/>
          <w:color w:val="114166"/>
          <w:sz w:val="28"/>
          <w:szCs w:val="28"/>
          <w:lang w:val="ru-RU"/>
        </w:rPr>
        <w:t xml:space="preserve">в развитии социальных услуг </w:t>
      </w:r>
      <w:r w:rsidR="006D2839" w:rsidRPr="004D3872">
        <w:rPr>
          <w:b/>
          <w:bCs/>
          <w:color w:val="114166"/>
          <w:sz w:val="28"/>
          <w:szCs w:val="28"/>
          <w:lang w:val="ru-RU"/>
        </w:rPr>
        <w:t xml:space="preserve">для лиц с </w:t>
      </w:r>
      <w:r w:rsidR="004D3872">
        <w:rPr>
          <w:b/>
          <w:bCs/>
          <w:color w:val="114166"/>
          <w:sz w:val="28"/>
          <w:szCs w:val="28"/>
          <w:lang w:val="ru-RU"/>
        </w:rPr>
        <w:t>ограниченными возможностями</w:t>
      </w:r>
      <w:r w:rsidR="006D2839" w:rsidRPr="004D3872">
        <w:rPr>
          <w:b/>
          <w:bCs/>
          <w:color w:val="114166"/>
          <w:sz w:val="28"/>
          <w:szCs w:val="28"/>
          <w:lang w:val="ru-RU"/>
        </w:rPr>
        <w:t xml:space="preserve">, </w:t>
      </w:r>
      <w:r w:rsidR="00F7474F" w:rsidRPr="00F7474F">
        <w:rPr>
          <w:b/>
          <w:bCs/>
          <w:color w:val="114166"/>
          <w:sz w:val="28"/>
          <w:szCs w:val="28"/>
          <w:lang w:val="ru-RU"/>
        </w:rPr>
        <w:t>деинституционализированны</w:t>
      </w:r>
      <w:r w:rsidR="00F7474F">
        <w:rPr>
          <w:b/>
          <w:bCs/>
          <w:color w:val="114166"/>
          <w:sz w:val="28"/>
          <w:szCs w:val="28"/>
          <w:lang w:val="ru-RU"/>
        </w:rPr>
        <w:t>х</w:t>
      </w:r>
      <w:r w:rsidR="00F7474F" w:rsidRPr="004D3872">
        <w:rPr>
          <w:b/>
          <w:bCs/>
          <w:color w:val="114166"/>
          <w:sz w:val="28"/>
          <w:szCs w:val="28"/>
          <w:lang w:val="ru-RU"/>
        </w:rPr>
        <w:t xml:space="preserve"> </w:t>
      </w:r>
      <w:r w:rsidR="00886976" w:rsidRPr="004D3872">
        <w:rPr>
          <w:b/>
          <w:bCs/>
          <w:color w:val="114166"/>
          <w:sz w:val="28"/>
          <w:szCs w:val="28"/>
          <w:lang w:val="ru-RU"/>
        </w:rPr>
        <w:t xml:space="preserve">из </w:t>
      </w:r>
      <w:r w:rsidR="001B78E3" w:rsidRPr="004D3872">
        <w:rPr>
          <w:b/>
          <w:bCs/>
          <w:color w:val="114166"/>
          <w:sz w:val="28"/>
          <w:szCs w:val="28"/>
          <w:lang w:val="ru-RU"/>
        </w:rPr>
        <w:t>Центр</w:t>
      </w:r>
      <w:r w:rsidR="00F7474F">
        <w:rPr>
          <w:b/>
          <w:bCs/>
          <w:color w:val="114166"/>
          <w:sz w:val="28"/>
          <w:szCs w:val="28"/>
          <w:lang w:val="ru-RU"/>
        </w:rPr>
        <w:t>а</w:t>
      </w:r>
      <w:r w:rsidR="001B78E3" w:rsidRPr="004D3872">
        <w:rPr>
          <w:b/>
          <w:bCs/>
          <w:color w:val="114166"/>
          <w:sz w:val="28"/>
          <w:szCs w:val="28"/>
          <w:lang w:val="ru-RU"/>
        </w:rPr>
        <w:t xml:space="preserve"> временного размещения </w:t>
      </w:r>
      <w:r w:rsidR="00F7474F">
        <w:rPr>
          <w:b/>
          <w:bCs/>
          <w:color w:val="114166"/>
          <w:sz w:val="28"/>
          <w:szCs w:val="28"/>
          <w:lang w:val="ru-RU"/>
        </w:rPr>
        <w:t xml:space="preserve">для </w:t>
      </w:r>
      <w:r w:rsidR="001B78E3" w:rsidRPr="004D3872">
        <w:rPr>
          <w:b/>
          <w:bCs/>
          <w:color w:val="114166"/>
          <w:sz w:val="28"/>
          <w:szCs w:val="28"/>
          <w:lang w:val="ru-RU"/>
        </w:rPr>
        <w:t xml:space="preserve">лиц с </w:t>
      </w:r>
      <w:r w:rsidR="00F7474F">
        <w:rPr>
          <w:b/>
          <w:bCs/>
          <w:color w:val="114166"/>
          <w:sz w:val="28"/>
          <w:szCs w:val="28"/>
          <w:lang w:val="ru-RU"/>
        </w:rPr>
        <w:t>ограниченными возможностями</w:t>
      </w:r>
      <w:r w:rsidR="001B78E3" w:rsidRPr="004D3872">
        <w:rPr>
          <w:b/>
          <w:bCs/>
          <w:color w:val="114166"/>
          <w:sz w:val="28"/>
          <w:szCs w:val="28"/>
          <w:lang w:val="ru-RU"/>
        </w:rPr>
        <w:t xml:space="preserve"> (взрослы</w:t>
      </w:r>
      <w:r w:rsidR="00F7474F">
        <w:rPr>
          <w:b/>
          <w:bCs/>
          <w:color w:val="114166"/>
          <w:sz w:val="28"/>
          <w:szCs w:val="28"/>
          <w:lang w:val="ru-RU"/>
        </w:rPr>
        <w:t>е</w:t>
      </w:r>
      <w:r w:rsidR="001B78E3" w:rsidRPr="004D3872">
        <w:rPr>
          <w:b/>
          <w:bCs/>
          <w:color w:val="114166"/>
          <w:sz w:val="28"/>
          <w:szCs w:val="28"/>
          <w:lang w:val="ru-RU"/>
        </w:rPr>
        <w:t xml:space="preserve">) в </w:t>
      </w:r>
      <w:r w:rsidR="00C31D3E">
        <w:rPr>
          <w:b/>
          <w:bCs/>
          <w:color w:val="114166"/>
          <w:sz w:val="28"/>
          <w:szCs w:val="28"/>
          <w:lang w:val="ru-RU"/>
        </w:rPr>
        <w:t>ком</w:t>
      </w:r>
      <w:r w:rsidR="00BB5F65">
        <w:rPr>
          <w:b/>
          <w:bCs/>
          <w:color w:val="114166"/>
          <w:sz w:val="28"/>
          <w:szCs w:val="28"/>
          <w:lang w:val="ru-RU"/>
        </w:rPr>
        <w:t>.</w:t>
      </w:r>
      <w:r w:rsidR="001B78E3" w:rsidRPr="004D3872">
        <w:rPr>
          <w:b/>
          <w:bCs/>
          <w:color w:val="114166"/>
          <w:sz w:val="28"/>
          <w:szCs w:val="28"/>
          <w:lang w:val="ru-RU"/>
        </w:rPr>
        <w:t xml:space="preserve"> Б</w:t>
      </w:r>
      <w:r w:rsidR="00076D05" w:rsidRPr="004D3872">
        <w:rPr>
          <w:b/>
          <w:bCs/>
          <w:color w:val="114166"/>
          <w:sz w:val="28"/>
          <w:szCs w:val="28"/>
          <w:lang w:val="ru-RU"/>
        </w:rPr>
        <w:t>э</w:t>
      </w:r>
      <w:r w:rsidR="001B78E3" w:rsidRPr="004D3872">
        <w:rPr>
          <w:b/>
          <w:bCs/>
          <w:color w:val="114166"/>
          <w:sz w:val="28"/>
          <w:szCs w:val="28"/>
          <w:lang w:val="ru-RU"/>
        </w:rPr>
        <w:t>дичен</w:t>
      </w:r>
      <w:r w:rsidR="00076D05" w:rsidRPr="004D3872">
        <w:rPr>
          <w:b/>
          <w:bCs/>
          <w:color w:val="114166"/>
          <w:sz w:val="28"/>
          <w:szCs w:val="28"/>
          <w:lang w:val="ru-RU"/>
        </w:rPr>
        <w:t>ь</w:t>
      </w:r>
      <w:r w:rsidR="001B78E3" w:rsidRPr="004D3872">
        <w:rPr>
          <w:b/>
          <w:bCs/>
          <w:color w:val="114166"/>
          <w:sz w:val="28"/>
          <w:szCs w:val="28"/>
          <w:lang w:val="ru-RU"/>
        </w:rPr>
        <w:t xml:space="preserve">, </w:t>
      </w:r>
      <w:r w:rsidR="00371A4E" w:rsidRPr="004D3872">
        <w:rPr>
          <w:b/>
          <w:bCs/>
          <w:color w:val="114166"/>
          <w:sz w:val="28"/>
          <w:szCs w:val="28"/>
          <w:lang w:val="ru-RU"/>
        </w:rPr>
        <w:t>Сорок</w:t>
      </w:r>
      <w:r w:rsidR="00BB5F65">
        <w:rPr>
          <w:b/>
          <w:bCs/>
          <w:color w:val="114166"/>
          <w:sz w:val="28"/>
          <w:szCs w:val="28"/>
          <w:lang w:val="ru-RU"/>
        </w:rPr>
        <w:t>ского района</w:t>
      </w:r>
      <w:r w:rsidR="00371A4E" w:rsidRPr="004D3872">
        <w:rPr>
          <w:b/>
          <w:bCs/>
          <w:color w:val="114166"/>
          <w:sz w:val="28"/>
          <w:szCs w:val="28"/>
          <w:lang w:val="ru-RU"/>
        </w:rPr>
        <w:t xml:space="preserve"> </w:t>
      </w:r>
      <w:r w:rsidR="004B5B74" w:rsidRPr="004D3872">
        <w:rPr>
          <w:b/>
          <w:bCs/>
          <w:color w:val="114166"/>
          <w:sz w:val="28"/>
          <w:szCs w:val="28"/>
          <w:lang w:val="ru-RU"/>
        </w:rPr>
        <w:t>(</w:t>
      </w:r>
      <w:r w:rsidR="00B72AB1" w:rsidRPr="004D3872">
        <w:rPr>
          <w:b/>
          <w:bCs/>
          <w:color w:val="114166"/>
          <w:sz w:val="28"/>
          <w:szCs w:val="28"/>
          <w:lang w:val="ru-RU"/>
        </w:rPr>
        <w:t>ЦВРЛ</w:t>
      </w:r>
      <w:r w:rsidR="00442D89">
        <w:rPr>
          <w:b/>
          <w:bCs/>
          <w:color w:val="114166"/>
          <w:sz w:val="28"/>
          <w:szCs w:val="28"/>
          <w:lang w:val="ru-RU"/>
        </w:rPr>
        <w:t>ОВ</w:t>
      </w:r>
      <w:r w:rsidR="00B72AB1" w:rsidRPr="004D3872">
        <w:rPr>
          <w:b/>
          <w:bCs/>
          <w:color w:val="114166"/>
          <w:sz w:val="28"/>
          <w:szCs w:val="28"/>
          <w:lang w:val="ru-RU"/>
        </w:rPr>
        <w:t xml:space="preserve"> Бэдичень</w:t>
      </w:r>
      <w:r w:rsidR="00F3731C" w:rsidRPr="004D3872">
        <w:rPr>
          <w:b/>
          <w:bCs/>
          <w:color w:val="114166"/>
          <w:sz w:val="28"/>
          <w:szCs w:val="28"/>
          <w:lang w:val="ru-RU"/>
        </w:rPr>
        <w:t>)</w:t>
      </w:r>
    </w:p>
    <w:p w14:paraId="01454C76" w14:textId="77777777" w:rsidR="00D36169" w:rsidRPr="004D3872" w:rsidRDefault="00D36169" w:rsidP="00FF22F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114166"/>
          <w:sz w:val="22"/>
          <w:lang w:val="ru-RU"/>
        </w:rPr>
      </w:pPr>
    </w:p>
    <w:p w14:paraId="5A9305D6" w14:textId="3703A376" w:rsidR="00D36169" w:rsidRPr="004D3872" w:rsidRDefault="00D36169" w:rsidP="00D36169">
      <w:pPr>
        <w:rPr>
          <w:i/>
          <w:lang w:val="ru-RU"/>
        </w:rPr>
      </w:pPr>
      <w:r w:rsidRPr="004D3872">
        <w:rPr>
          <w:i/>
          <w:lang w:val="ru-RU"/>
        </w:rPr>
        <w:t>Просим вас заполнить форму заявки и отправить её вместе с остальными документами</w:t>
      </w:r>
      <w:r w:rsidR="00417698" w:rsidRPr="004D3872">
        <w:rPr>
          <w:i/>
          <w:lang w:val="ru-RU"/>
        </w:rPr>
        <w:t xml:space="preserve">, </w:t>
      </w:r>
      <w:r w:rsidRPr="004D3872">
        <w:rPr>
          <w:i/>
          <w:lang w:val="ru-RU"/>
        </w:rPr>
        <w:t xml:space="preserve">входящими в состав </w:t>
      </w:r>
      <w:r w:rsidR="00417698" w:rsidRPr="004D3872">
        <w:rPr>
          <w:i/>
          <w:lang w:val="ru-RU"/>
        </w:rPr>
        <w:t xml:space="preserve">заявки, </w:t>
      </w:r>
      <w:r w:rsidRPr="004D3872">
        <w:rPr>
          <w:i/>
          <w:lang w:val="ru-RU"/>
        </w:rPr>
        <w:t xml:space="preserve">по адресу, указанному в Руководстве </w:t>
      </w:r>
      <w:r w:rsidR="00D23C6C" w:rsidRPr="004D3872">
        <w:rPr>
          <w:i/>
          <w:lang w:val="ru-RU"/>
        </w:rPr>
        <w:t xml:space="preserve">по подаче заявок для </w:t>
      </w:r>
      <w:r w:rsidR="00B47902" w:rsidRPr="004D3872">
        <w:rPr>
          <w:i/>
          <w:lang w:val="ru-RU"/>
        </w:rPr>
        <w:t>организаций гражданского общества</w:t>
      </w:r>
      <w:r w:rsidRPr="004D3872">
        <w:rPr>
          <w:i/>
          <w:lang w:val="ru-RU"/>
        </w:rPr>
        <w:t>.</w:t>
      </w:r>
    </w:p>
    <w:p w14:paraId="236BD2BC" w14:textId="77777777" w:rsidR="007E3F7E" w:rsidRPr="004D3872" w:rsidRDefault="007E3F7E" w:rsidP="00CD3323">
      <w:pPr>
        <w:pStyle w:val="Heading1"/>
        <w:spacing w:before="0"/>
        <w:rPr>
          <w:rFonts w:cs="Times New Roman"/>
          <w:lang w:val="ru-RU"/>
        </w:rPr>
      </w:pPr>
      <w:r w:rsidRPr="004D3872">
        <w:rPr>
          <w:rFonts w:cs="Times New Roman"/>
          <w:lang w:val="ru-RU"/>
        </w:rPr>
        <w:t>Общая информация</w:t>
      </w:r>
    </w:p>
    <w:tbl>
      <w:tblPr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2273"/>
        <w:gridCol w:w="2499"/>
        <w:gridCol w:w="4942"/>
      </w:tblGrid>
      <w:tr w:rsidR="007E3F7E" w:rsidRPr="004D3872" w14:paraId="0DE2DAD0" w14:textId="77777777" w:rsidTr="1D5CE823">
        <w:trPr>
          <w:trHeight w:val="22"/>
        </w:trPr>
        <w:tc>
          <w:tcPr>
            <w:tcW w:w="0" w:type="auto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046C4" w14:textId="230617AA" w:rsidR="007E3F7E" w:rsidRPr="004D3872" w:rsidRDefault="001C1692" w:rsidP="00D31658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1</w:t>
            </w:r>
            <w:r w:rsidR="007E3F7E" w:rsidRPr="004D3872">
              <w:rPr>
                <w:b/>
                <w:bCs/>
                <w:lang w:val="ru-RU"/>
              </w:rPr>
              <w:t>.1</w:t>
            </w:r>
          </w:p>
        </w:tc>
        <w:tc>
          <w:tcPr>
            <w:tcW w:w="2306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27D08E" w14:textId="037DEACB" w:rsidR="007E3F7E" w:rsidRPr="004D3872" w:rsidRDefault="007E3F7E" w:rsidP="00D31658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Полное название </w:t>
            </w:r>
            <w:r w:rsidR="00FF05AC" w:rsidRPr="004D3872">
              <w:rPr>
                <w:b/>
                <w:bCs/>
                <w:lang w:val="ru-RU"/>
              </w:rPr>
              <w:t>организации</w:t>
            </w:r>
          </w:p>
        </w:tc>
        <w:tc>
          <w:tcPr>
            <w:tcW w:w="72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789B18" w14:textId="77777777" w:rsidR="007E3F7E" w:rsidRPr="004D3872" w:rsidRDefault="007E3F7E" w:rsidP="00D31658">
            <w:pPr>
              <w:spacing w:after="0"/>
              <w:rPr>
                <w:lang w:val="ru-RU"/>
              </w:rPr>
            </w:pPr>
          </w:p>
        </w:tc>
      </w:tr>
      <w:tr w:rsidR="007E3F7E" w:rsidRPr="004D3872" w14:paraId="4D7060CC" w14:textId="77777777" w:rsidTr="1D5CE823">
        <w:trPr>
          <w:trHeight w:val="87"/>
        </w:trPr>
        <w:tc>
          <w:tcPr>
            <w:tcW w:w="0" w:type="auto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F1110A" w14:textId="4C6AA031" w:rsidR="007E3F7E" w:rsidRPr="004D3872" w:rsidRDefault="001C1692" w:rsidP="00D31658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1</w:t>
            </w:r>
            <w:r w:rsidR="007E3F7E" w:rsidRPr="004D3872">
              <w:rPr>
                <w:b/>
                <w:bCs/>
                <w:lang w:val="ru-RU"/>
              </w:rPr>
              <w:t>.2</w:t>
            </w:r>
          </w:p>
        </w:tc>
        <w:tc>
          <w:tcPr>
            <w:tcW w:w="2306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277E4F" w14:textId="77777777" w:rsidR="007E3F7E" w:rsidRPr="004D3872" w:rsidRDefault="007E3F7E" w:rsidP="00D31658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IDNO</w:t>
            </w:r>
          </w:p>
        </w:tc>
        <w:tc>
          <w:tcPr>
            <w:tcW w:w="72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254FB9" w14:textId="77777777" w:rsidR="007E3F7E" w:rsidRPr="004D3872" w:rsidRDefault="007E3F7E" w:rsidP="00D31658">
            <w:pPr>
              <w:spacing w:after="0"/>
              <w:rPr>
                <w:lang w:val="ru-RU"/>
              </w:rPr>
            </w:pPr>
          </w:p>
        </w:tc>
      </w:tr>
      <w:tr w:rsidR="007E3F7E" w:rsidRPr="004D3872" w14:paraId="2AFE68F8" w14:textId="77777777" w:rsidTr="1D5CE823">
        <w:trPr>
          <w:trHeight w:val="87"/>
        </w:trPr>
        <w:tc>
          <w:tcPr>
            <w:tcW w:w="0" w:type="auto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E3DDC" w14:textId="06992946" w:rsidR="007E3F7E" w:rsidRPr="004D3872" w:rsidRDefault="001C1692" w:rsidP="00D31658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1</w:t>
            </w:r>
            <w:r w:rsidR="007E3F7E" w:rsidRPr="004D3872">
              <w:rPr>
                <w:b/>
                <w:bCs/>
                <w:lang w:val="ru-RU"/>
              </w:rPr>
              <w:t>.3</w:t>
            </w:r>
          </w:p>
        </w:tc>
        <w:tc>
          <w:tcPr>
            <w:tcW w:w="2306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81343" w14:textId="77777777" w:rsidR="007E3F7E" w:rsidRPr="004D3872" w:rsidRDefault="007E3F7E" w:rsidP="00D31658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Организационно-правовая форма организации</w:t>
            </w:r>
          </w:p>
        </w:tc>
        <w:tc>
          <w:tcPr>
            <w:tcW w:w="72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7D25E" w14:textId="77777777" w:rsidR="007E3F7E" w:rsidRPr="004D3872" w:rsidRDefault="007E3F7E" w:rsidP="00D31658">
            <w:pPr>
              <w:spacing w:after="0"/>
              <w:rPr>
                <w:lang w:val="ru-RU"/>
              </w:rPr>
            </w:pPr>
          </w:p>
        </w:tc>
      </w:tr>
      <w:tr w:rsidR="00460BED" w:rsidRPr="004D3872" w14:paraId="4087D116" w14:textId="48DE0C3B" w:rsidTr="1D5CE823">
        <w:trPr>
          <w:trHeight w:val="124"/>
        </w:trPr>
        <w:tc>
          <w:tcPr>
            <w:tcW w:w="0" w:type="auto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0DBFA4" w14:textId="3CE32FB6" w:rsidR="00460BED" w:rsidRPr="004D3872" w:rsidRDefault="001C1692" w:rsidP="00D31658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1</w:t>
            </w:r>
            <w:r w:rsidR="00460BED" w:rsidRPr="004D3872">
              <w:rPr>
                <w:b/>
                <w:bCs/>
                <w:lang w:val="ru-RU"/>
              </w:rPr>
              <w:t>.4</w:t>
            </w:r>
          </w:p>
        </w:tc>
        <w:tc>
          <w:tcPr>
            <w:tcW w:w="2306" w:type="dxa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DF6B5" w14:textId="6BC8DAEE" w:rsidR="00460BED" w:rsidRPr="004D3872" w:rsidRDefault="00460BED" w:rsidP="00D31658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Адрес</w:t>
            </w:r>
          </w:p>
          <w:p w14:paraId="626E489B" w14:textId="77777777" w:rsidR="00460BED" w:rsidRPr="004D3872" w:rsidRDefault="00460BED" w:rsidP="00D31658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(улица, номер, почтовый индекс, населенный пункт)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E44DC2" w14:textId="7B015431" w:rsidR="00460BED" w:rsidRPr="004D3872" w:rsidRDefault="00460BED" w:rsidP="00D31658">
            <w:pPr>
              <w:spacing w:after="0"/>
              <w:rPr>
                <w:lang w:val="ru-RU"/>
              </w:rPr>
            </w:pPr>
            <w:r w:rsidRPr="004D3872">
              <w:rPr>
                <w:lang w:val="ru-RU"/>
              </w:rPr>
              <w:t>Юридическ</w:t>
            </w:r>
            <w:r w:rsidR="00C33E4A">
              <w:rPr>
                <w:lang w:val="ru-RU"/>
              </w:rPr>
              <w:t>ий адрес</w:t>
            </w:r>
            <w:r w:rsidRPr="004D3872">
              <w:rPr>
                <w:lang w:val="ru-RU"/>
              </w:rPr>
              <w:t>:</w:t>
            </w:r>
          </w:p>
        </w:tc>
        <w:tc>
          <w:tcPr>
            <w:tcW w:w="5244" w:type="dxa"/>
          </w:tcPr>
          <w:p w14:paraId="09880B7A" w14:textId="77777777" w:rsidR="00460BED" w:rsidRPr="004D3872" w:rsidRDefault="00460BED" w:rsidP="00460BED">
            <w:pPr>
              <w:spacing w:after="0"/>
              <w:rPr>
                <w:lang w:val="ru-RU"/>
              </w:rPr>
            </w:pPr>
          </w:p>
        </w:tc>
      </w:tr>
      <w:tr w:rsidR="00460BED" w:rsidRPr="004D3872" w14:paraId="40DDBFF2" w14:textId="0AE223C2" w:rsidTr="1D5CE823">
        <w:trPr>
          <w:trHeight w:val="20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5684C" w14:textId="77777777" w:rsidR="00460BED" w:rsidRPr="004D3872" w:rsidRDefault="00460BED" w:rsidP="00D31658">
            <w:pPr>
              <w:spacing w:after="0"/>
              <w:rPr>
                <w:b/>
                <w:bCs/>
                <w:lang w:val="ru-RU"/>
              </w:rPr>
            </w:pPr>
          </w:p>
        </w:tc>
        <w:tc>
          <w:tcPr>
            <w:tcW w:w="230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F0D3D" w14:textId="77777777" w:rsidR="00460BED" w:rsidRPr="004D3872" w:rsidRDefault="00460BED" w:rsidP="00D31658">
            <w:pPr>
              <w:spacing w:after="0"/>
              <w:rPr>
                <w:b/>
                <w:bCs/>
                <w:lang w:val="ru-RU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BD0FF" w14:textId="057F2DD5" w:rsidR="00460BED" w:rsidRPr="004D3872" w:rsidRDefault="00460BED" w:rsidP="00D31658">
            <w:pPr>
              <w:spacing w:after="0"/>
              <w:rPr>
                <w:lang w:val="ru-RU"/>
              </w:rPr>
            </w:pPr>
            <w:r w:rsidRPr="004D3872">
              <w:rPr>
                <w:lang w:val="ru-RU"/>
              </w:rPr>
              <w:t>Ф</w:t>
            </w:r>
            <w:r w:rsidR="000232EF">
              <w:rPr>
                <w:lang w:val="ru-RU"/>
              </w:rPr>
              <w:t>акти</w:t>
            </w:r>
            <w:r w:rsidRPr="004D3872">
              <w:rPr>
                <w:lang w:val="ru-RU"/>
              </w:rPr>
              <w:t>ческ</w:t>
            </w:r>
            <w:r w:rsidR="00C33E4A">
              <w:rPr>
                <w:lang w:val="ru-RU"/>
              </w:rPr>
              <w:t>ий</w:t>
            </w:r>
            <w:r w:rsidRPr="004D3872">
              <w:rPr>
                <w:lang w:val="ru-RU"/>
              </w:rPr>
              <w:t xml:space="preserve"> </w:t>
            </w:r>
            <w:r w:rsidR="00C33E4A">
              <w:rPr>
                <w:lang w:val="ru-RU"/>
              </w:rPr>
              <w:t>адрес</w:t>
            </w:r>
            <w:r w:rsidRPr="004D3872">
              <w:rPr>
                <w:lang w:val="ru-RU"/>
              </w:rPr>
              <w:t xml:space="preserve"> (если отличается):</w:t>
            </w:r>
          </w:p>
        </w:tc>
        <w:tc>
          <w:tcPr>
            <w:tcW w:w="5244" w:type="dxa"/>
          </w:tcPr>
          <w:p w14:paraId="2082862C" w14:textId="77777777" w:rsidR="00460BED" w:rsidRPr="004D3872" w:rsidRDefault="00460BED" w:rsidP="00460BED">
            <w:pPr>
              <w:spacing w:after="0"/>
              <w:rPr>
                <w:lang w:val="ru-RU"/>
              </w:rPr>
            </w:pPr>
          </w:p>
        </w:tc>
      </w:tr>
      <w:tr w:rsidR="00460BED" w:rsidRPr="004D3872" w14:paraId="636E745A" w14:textId="39CBF4E7" w:rsidTr="1D5CE823">
        <w:trPr>
          <w:trHeight w:val="300"/>
        </w:trPr>
        <w:tc>
          <w:tcPr>
            <w:tcW w:w="0" w:type="auto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6FDF3" w14:textId="0649747D" w:rsidR="00460BED" w:rsidRPr="004D3872" w:rsidRDefault="001C1692" w:rsidP="00D31658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1</w:t>
            </w:r>
            <w:r w:rsidR="00460BED" w:rsidRPr="004D3872">
              <w:rPr>
                <w:b/>
                <w:bCs/>
                <w:lang w:val="ru-RU"/>
              </w:rPr>
              <w:t>.5</w:t>
            </w:r>
          </w:p>
        </w:tc>
        <w:tc>
          <w:tcPr>
            <w:tcW w:w="2306" w:type="dxa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93356" w14:textId="6CCBDBD9" w:rsidR="00460BED" w:rsidRPr="004D3872" w:rsidRDefault="54D27D1A" w:rsidP="00D31658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Контактные данные организации (для официальной переписки)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33ED5" w14:textId="585B7B7E" w:rsidR="00460BED" w:rsidRPr="004D3872" w:rsidRDefault="00460BED" w:rsidP="002D2865">
            <w:pPr>
              <w:spacing w:after="0"/>
              <w:rPr>
                <w:lang w:val="ru-RU"/>
              </w:rPr>
            </w:pPr>
            <w:r w:rsidRPr="004D3872">
              <w:rPr>
                <w:lang w:val="ru-RU"/>
              </w:rPr>
              <w:t>Контактный телефон:</w:t>
            </w:r>
          </w:p>
        </w:tc>
        <w:tc>
          <w:tcPr>
            <w:tcW w:w="5244" w:type="dxa"/>
          </w:tcPr>
          <w:p w14:paraId="607F01FB" w14:textId="77777777" w:rsidR="00460BED" w:rsidRPr="004D3872" w:rsidRDefault="00460BED" w:rsidP="00460BED">
            <w:pPr>
              <w:spacing w:after="0"/>
              <w:rPr>
                <w:lang w:val="ru-RU"/>
              </w:rPr>
            </w:pPr>
          </w:p>
        </w:tc>
      </w:tr>
      <w:tr w:rsidR="00460BED" w:rsidRPr="004D3872" w14:paraId="0E952C38" w14:textId="0043A9DC" w:rsidTr="1D5CE823">
        <w:trPr>
          <w:trHeight w:val="338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3EE2D" w14:textId="77777777" w:rsidR="00460BED" w:rsidRPr="004D3872" w:rsidRDefault="00460BED" w:rsidP="00D31658">
            <w:pPr>
              <w:spacing w:after="0"/>
              <w:rPr>
                <w:lang w:val="ru-RU"/>
              </w:rPr>
            </w:pPr>
          </w:p>
        </w:tc>
        <w:tc>
          <w:tcPr>
            <w:tcW w:w="230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508F2" w14:textId="77777777" w:rsidR="00460BED" w:rsidRPr="004D3872" w:rsidRDefault="00460BED" w:rsidP="00D31658">
            <w:pPr>
              <w:spacing w:after="0"/>
              <w:rPr>
                <w:lang w:val="ru-RU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4E22A" w14:textId="35FCF3EC" w:rsidR="00460BED" w:rsidRPr="004D3872" w:rsidRDefault="00460BED" w:rsidP="002D2865">
            <w:pPr>
              <w:spacing w:after="0"/>
              <w:rPr>
                <w:lang w:val="ru-RU"/>
              </w:rPr>
            </w:pPr>
            <w:r w:rsidRPr="004D3872">
              <w:rPr>
                <w:lang w:val="ru-RU"/>
              </w:rPr>
              <w:t>Электронная почта</w:t>
            </w:r>
          </w:p>
        </w:tc>
        <w:tc>
          <w:tcPr>
            <w:tcW w:w="5244" w:type="dxa"/>
          </w:tcPr>
          <w:p w14:paraId="3ED81664" w14:textId="77777777" w:rsidR="00460BED" w:rsidRPr="004D3872" w:rsidRDefault="00460BED" w:rsidP="00460BED">
            <w:pPr>
              <w:spacing w:after="0"/>
              <w:rPr>
                <w:lang w:val="ru-RU"/>
              </w:rPr>
            </w:pPr>
          </w:p>
        </w:tc>
      </w:tr>
      <w:tr w:rsidR="00460BED" w:rsidRPr="004D3872" w14:paraId="5A7CA1D3" w14:textId="085BA27E" w:rsidTr="1D5CE823">
        <w:trPr>
          <w:trHeight w:val="400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9B9D6" w14:textId="77777777" w:rsidR="00460BED" w:rsidRPr="004D3872" w:rsidRDefault="00460BED" w:rsidP="00D31658">
            <w:pPr>
              <w:spacing w:after="0"/>
              <w:rPr>
                <w:lang w:val="ru-RU"/>
              </w:rPr>
            </w:pPr>
          </w:p>
        </w:tc>
        <w:tc>
          <w:tcPr>
            <w:tcW w:w="230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AF98C" w14:textId="77777777" w:rsidR="00460BED" w:rsidRPr="004D3872" w:rsidRDefault="00460BED" w:rsidP="00D31658">
            <w:pPr>
              <w:spacing w:after="0"/>
              <w:rPr>
                <w:lang w:val="ru-RU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4292F" w14:textId="08FB8E29" w:rsidR="00460BED" w:rsidRPr="004D3872" w:rsidRDefault="00460BED" w:rsidP="002D2865">
            <w:pPr>
              <w:spacing w:after="0"/>
              <w:rPr>
                <w:lang w:val="ru-RU"/>
              </w:rPr>
            </w:pPr>
            <w:r w:rsidRPr="004D3872">
              <w:rPr>
                <w:lang w:val="ru-RU"/>
              </w:rPr>
              <w:t>Страница в Facebook</w:t>
            </w:r>
          </w:p>
        </w:tc>
        <w:tc>
          <w:tcPr>
            <w:tcW w:w="5244" w:type="dxa"/>
          </w:tcPr>
          <w:p w14:paraId="3E756E0D" w14:textId="6EE2AC5E" w:rsidR="00460BED" w:rsidRPr="004D3872" w:rsidRDefault="00460BED" w:rsidP="00460BED">
            <w:pPr>
              <w:spacing w:after="0"/>
              <w:rPr>
                <w:i/>
                <w:iCs/>
                <w:lang w:val="ru-RU"/>
              </w:rPr>
            </w:pPr>
            <w:r w:rsidRPr="004D3872">
              <w:rPr>
                <w:i/>
                <w:iCs/>
                <w:lang w:val="ru-RU"/>
              </w:rPr>
              <w:t>(если есть)</w:t>
            </w:r>
          </w:p>
        </w:tc>
      </w:tr>
      <w:tr w:rsidR="00460BED" w:rsidRPr="004D3872" w14:paraId="5F8632E9" w14:textId="2FD3A1CD" w:rsidTr="1D5CE823">
        <w:trPr>
          <w:trHeight w:val="313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516A6" w14:textId="77777777" w:rsidR="00460BED" w:rsidRPr="004D3872" w:rsidRDefault="00460BED" w:rsidP="00D31658">
            <w:pPr>
              <w:spacing w:after="0"/>
              <w:rPr>
                <w:lang w:val="ru-RU"/>
              </w:rPr>
            </w:pPr>
          </w:p>
        </w:tc>
        <w:tc>
          <w:tcPr>
            <w:tcW w:w="230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2BC43" w14:textId="77777777" w:rsidR="00460BED" w:rsidRPr="004D3872" w:rsidRDefault="00460BED" w:rsidP="00D31658">
            <w:pPr>
              <w:spacing w:after="0"/>
              <w:rPr>
                <w:lang w:val="ru-RU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D4E00" w14:textId="72289D87" w:rsidR="00460BED" w:rsidRPr="004D3872" w:rsidRDefault="00460BED" w:rsidP="002D2865">
            <w:pPr>
              <w:spacing w:after="0"/>
              <w:rPr>
                <w:lang w:val="ru-RU"/>
              </w:rPr>
            </w:pPr>
            <w:r w:rsidRPr="004D3872">
              <w:rPr>
                <w:lang w:val="ru-RU"/>
              </w:rPr>
              <w:t>Веб-сайт</w:t>
            </w:r>
          </w:p>
        </w:tc>
        <w:tc>
          <w:tcPr>
            <w:tcW w:w="5244" w:type="dxa"/>
          </w:tcPr>
          <w:p w14:paraId="64F2F456" w14:textId="7544E3C3" w:rsidR="00460BED" w:rsidRPr="004D3872" w:rsidRDefault="00460BED" w:rsidP="00460BED">
            <w:pPr>
              <w:spacing w:after="0"/>
              <w:rPr>
                <w:i/>
                <w:iCs/>
                <w:lang w:val="ru-RU"/>
              </w:rPr>
            </w:pPr>
            <w:r w:rsidRPr="004D3872">
              <w:rPr>
                <w:i/>
                <w:iCs/>
                <w:lang w:val="ru-RU"/>
              </w:rPr>
              <w:t>(если есть)</w:t>
            </w:r>
          </w:p>
        </w:tc>
      </w:tr>
      <w:tr w:rsidR="00460BED" w:rsidRPr="004D3872" w14:paraId="768E4673" w14:textId="74B3DBFE" w:rsidTr="1D5CE823">
        <w:trPr>
          <w:trHeight w:val="38"/>
        </w:trPr>
        <w:tc>
          <w:tcPr>
            <w:tcW w:w="0" w:type="auto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6CD70" w14:textId="59123F8C" w:rsidR="00460BED" w:rsidRPr="004D3872" w:rsidRDefault="001C1692" w:rsidP="0078347E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1</w:t>
            </w:r>
            <w:r w:rsidR="00460BED" w:rsidRPr="004D3872">
              <w:rPr>
                <w:b/>
                <w:bCs/>
                <w:lang w:val="ru-RU"/>
              </w:rPr>
              <w:t>,6</w:t>
            </w:r>
          </w:p>
        </w:tc>
        <w:tc>
          <w:tcPr>
            <w:tcW w:w="2306" w:type="dxa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482B8C" w14:textId="185742C1" w:rsidR="00460BED" w:rsidRPr="004D3872" w:rsidRDefault="00460BED" w:rsidP="0078347E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Администратор / Исполнительный директор / Председатель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B8947" w14:textId="755848A8" w:rsidR="00460BED" w:rsidRPr="004D3872" w:rsidRDefault="00460BED" w:rsidP="00CD1084">
            <w:pPr>
              <w:spacing w:after="0" w:line="240" w:lineRule="auto"/>
              <w:rPr>
                <w:lang w:val="ru-RU"/>
              </w:rPr>
            </w:pPr>
            <w:r w:rsidRPr="004D3872">
              <w:rPr>
                <w:lang w:val="ru-RU"/>
              </w:rPr>
              <w:t>Фамилия/Имя:</w:t>
            </w:r>
          </w:p>
        </w:tc>
        <w:tc>
          <w:tcPr>
            <w:tcW w:w="5244" w:type="dxa"/>
          </w:tcPr>
          <w:p w14:paraId="330B8C98" w14:textId="77777777" w:rsidR="00460BED" w:rsidRPr="004D3872" w:rsidRDefault="00460BED" w:rsidP="00460BED">
            <w:pPr>
              <w:spacing w:after="0" w:line="240" w:lineRule="auto"/>
              <w:rPr>
                <w:lang w:val="ru-RU"/>
              </w:rPr>
            </w:pPr>
          </w:p>
        </w:tc>
      </w:tr>
      <w:tr w:rsidR="00460BED" w:rsidRPr="004D3872" w14:paraId="269F1870" w14:textId="573C4163" w:rsidTr="1D5CE823">
        <w:trPr>
          <w:trHeight w:val="20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F2178" w14:textId="77777777" w:rsidR="00460BED" w:rsidRPr="004D3872" w:rsidRDefault="00460BED" w:rsidP="0078347E">
            <w:pPr>
              <w:spacing w:after="0"/>
              <w:rPr>
                <w:b/>
                <w:bCs/>
                <w:lang w:val="ru-RU"/>
              </w:rPr>
            </w:pPr>
          </w:p>
        </w:tc>
        <w:tc>
          <w:tcPr>
            <w:tcW w:w="230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D595" w14:textId="77777777" w:rsidR="00460BED" w:rsidRPr="004D3872" w:rsidRDefault="00460BED" w:rsidP="0078347E">
            <w:pPr>
              <w:spacing w:after="0"/>
              <w:rPr>
                <w:b/>
                <w:bCs/>
                <w:lang w:val="ru-RU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57891" w14:textId="5EF843D6" w:rsidR="00460BED" w:rsidRPr="004D3872" w:rsidRDefault="00460BED" w:rsidP="00CD1084">
            <w:pPr>
              <w:spacing w:after="0" w:line="240" w:lineRule="auto"/>
              <w:rPr>
                <w:lang w:val="ru-RU"/>
              </w:rPr>
            </w:pPr>
            <w:r w:rsidRPr="004D3872">
              <w:rPr>
                <w:lang w:val="ru-RU"/>
              </w:rPr>
              <w:t>Стационарный/мобильный телефон:</w:t>
            </w:r>
          </w:p>
        </w:tc>
        <w:tc>
          <w:tcPr>
            <w:tcW w:w="5244" w:type="dxa"/>
          </w:tcPr>
          <w:p w14:paraId="3DA54A7B" w14:textId="77777777" w:rsidR="00460BED" w:rsidRPr="004D3872" w:rsidRDefault="00460BED" w:rsidP="00460BED">
            <w:pPr>
              <w:spacing w:after="0" w:line="240" w:lineRule="auto"/>
              <w:rPr>
                <w:lang w:val="ru-RU"/>
              </w:rPr>
            </w:pPr>
          </w:p>
        </w:tc>
      </w:tr>
      <w:tr w:rsidR="00460BED" w:rsidRPr="004D3872" w14:paraId="38A30F44" w14:textId="510CFA54" w:rsidTr="1D5CE823">
        <w:trPr>
          <w:trHeight w:val="20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AE881" w14:textId="77777777" w:rsidR="00460BED" w:rsidRPr="004D3872" w:rsidRDefault="00460BED" w:rsidP="0078347E">
            <w:pPr>
              <w:spacing w:after="0"/>
              <w:rPr>
                <w:b/>
                <w:bCs/>
                <w:lang w:val="ru-RU"/>
              </w:rPr>
            </w:pPr>
          </w:p>
        </w:tc>
        <w:tc>
          <w:tcPr>
            <w:tcW w:w="230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6749B" w14:textId="77777777" w:rsidR="00460BED" w:rsidRPr="004D3872" w:rsidRDefault="00460BED" w:rsidP="0078347E">
            <w:pPr>
              <w:spacing w:after="0"/>
              <w:rPr>
                <w:b/>
                <w:bCs/>
                <w:lang w:val="ru-RU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42CAF" w14:textId="77777777" w:rsidR="00460BED" w:rsidRPr="004D3872" w:rsidRDefault="00460BED" w:rsidP="00CD1084">
            <w:pPr>
              <w:spacing w:line="240" w:lineRule="auto"/>
              <w:rPr>
                <w:lang w:val="ru-RU"/>
              </w:rPr>
            </w:pPr>
            <w:r w:rsidRPr="004D3872">
              <w:rPr>
                <w:lang w:val="ru-RU"/>
              </w:rPr>
              <w:t>Электронная почта:</w:t>
            </w:r>
          </w:p>
        </w:tc>
        <w:tc>
          <w:tcPr>
            <w:tcW w:w="5244" w:type="dxa"/>
          </w:tcPr>
          <w:p w14:paraId="79EC44C0" w14:textId="77777777" w:rsidR="00460BED" w:rsidRPr="004D3872" w:rsidRDefault="00460BED" w:rsidP="00460BED">
            <w:pPr>
              <w:spacing w:line="240" w:lineRule="auto"/>
              <w:rPr>
                <w:lang w:val="ru-RU"/>
              </w:rPr>
            </w:pPr>
          </w:p>
        </w:tc>
      </w:tr>
      <w:tr w:rsidR="006E3E2A" w:rsidRPr="004D3872" w14:paraId="3E492296" w14:textId="77777777" w:rsidTr="1D5CE823">
        <w:trPr>
          <w:trHeight w:val="23"/>
        </w:trPr>
        <w:tc>
          <w:tcPr>
            <w:tcW w:w="0" w:type="auto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769AE" w14:textId="64476521" w:rsidR="006E3E2A" w:rsidRPr="004D3872" w:rsidRDefault="001C1692" w:rsidP="00135C56">
            <w:pPr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1</w:t>
            </w:r>
            <w:r w:rsidR="003C2621" w:rsidRPr="004D3872">
              <w:rPr>
                <w:b/>
                <w:bCs/>
                <w:lang w:val="ru-RU"/>
              </w:rPr>
              <w:t>.</w:t>
            </w:r>
            <w:r w:rsidR="00EE5630" w:rsidRPr="004D3872">
              <w:rPr>
                <w:b/>
                <w:bCs/>
                <w:lang w:val="ru-RU"/>
              </w:rPr>
              <w:t>7</w:t>
            </w:r>
          </w:p>
        </w:tc>
        <w:tc>
          <w:tcPr>
            <w:tcW w:w="2306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DE743" w14:textId="4C6F47E8" w:rsidR="006E3E2A" w:rsidRPr="004D3872" w:rsidRDefault="66FFF300" w:rsidP="00135C56">
            <w:pPr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Бюджет организации на</w:t>
            </w:r>
            <w:r w:rsidR="00F42A7C" w:rsidRPr="004D3872">
              <w:rPr>
                <w:b/>
                <w:bCs/>
                <w:lang w:val="ru-RU"/>
              </w:rPr>
              <w:t xml:space="preserve"> 2025</w:t>
            </w:r>
            <w:r w:rsidRPr="004D3872">
              <w:rPr>
                <w:b/>
                <w:bCs/>
                <w:lang w:val="ru-RU"/>
              </w:rPr>
              <w:t xml:space="preserve"> год </w:t>
            </w:r>
            <w:r w:rsidR="054E6660" w:rsidRPr="004D3872">
              <w:rPr>
                <w:b/>
                <w:bCs/>
                <w:i/>
                <w:iCs/>
                <w:lang w:val="ru-RU"/>
              </w:rPr>
              <w:t xml:space="preserve">(в </w:t>
            </w:r>
            <w:r w:rsidR="00171CD9" w:rsidRPr="004D3872">
              <w:rPr>
                <w:b/>
                <w:bCs/>
                <w:i/>
                <w:iCs/>
                <w:lang w:val="ru-RU"/>
              </w:rPr>
              <w:t>MDL</w:t>
            </w:r>
            <w:r w:rsidR="054E6660" w:rsidRPr="004D3872">
              <w:rPr>
                <w:b/>
                <w:bCs/>
                <w:i/>
                <w:iCs/>
                <w:lang w:val="ru-RU"/>
              </w:rPr>
              <w:t>)</w:t>
            </w:r>
          </w:p>
        </w:tc>
        <w:tc>
          <w:tcPr>
            <w:tcW w:w="72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DF83D" w14:textId="77777777" w:rsidR="006E3E2A" w:rsidRPr="004D3872" w:rsidRDefault="006E3E2A" w:rsidP="00135C56">
            <w:pPr>
              <w:rPr>
                <w:lang w:val="ru-RU"/>
              </w:rPr>
            </w:pPr>
          </w:p>
        </w:tc>
      </w:tr>
    </w:tbl>
    <w:p w14:paraId="124DF3D3" w14:textId="0F70A3F8" w:rsidR="00A826D1" w:rsidRPr="004D3872" w:rsidRDefault="008D722E" w:rsidP="00135C56">
      <w:pPr>
        <w:pStyle w:val="Heading1"/>
        <w:rPr>
          <w:rFonts w:cs="Times New Roman"/>
          <w:lang w:val="ru-RU"/>
        </w:rPr>
      </w:pPr>
      <w:r w:rsidRPr="004D3872">
        <w:rPr>
          <w:rFonts w:cs="Times New Roman"/>
          <w:lang w:val="ru-RU"/>
        </w:rPr>
        <w:t>Профиль организации</w:t>
      </w:r>
    </w:p>
    <w:p w14:paraId="538FB05B" w14:textId="3E622EA8" w:rsidR="00A826D1" w:rsidRPr="004D3872" w:rsidRDefault="008D722E" w:rsidP="0045298E">
      <w:pPr>
        <w:pStyle w:val="Heading2"/>
        <w:spacing w:before="240"/>
        <w:rPr>
          <w:rFonts w:cs="Times New Roman"/>
          <w:lang w:val="ru-RU"/>
        </w:rPr>
      </w:pPr>
      <w:r w:rsidRPr="004D3872">
        <w:rPr>
          <w:rFonts w:cs="Times New Roman"/>
          <w:lang w:val="ru-RU"/>
        </w:rPr>
        <w:t xml:space="preserve">Пожалуйста, </w:t>
      </w:r>
      <w:r w:rsidR="00993749" w:rsidRPr="004D3872">
        <w:rPr>
          <w:rFonts w:cs="Times New Roman"/>
          <w:lang w:val="ru-RU"/>
        </w:rPr>
        <w:t xml:space="preserve">дайте </w:t>
      </w:r>
      <w:r w:rsidRPr="004D3872">
        <w:rPr>
          <w:rFonts w:cs="Times New Roman"/>
          <w:lang w:val="ru-RU"/>
        </w:rPr>
        <w:t xml:space="preserve">краткое описание вашей организации, включая миссию, видение и основные направления деятельности. </w:t>
      </w:r>
      <w:r w:rsidR="0075422C" w:rsidRPr="004D3872">
        <w:rPr>
          <w:rFonts w:cs="Times New Roman"/>
          <w:lang w:val="ru-RU"/>
        </w:rPr>
        <w:t>Перечислите ключевых партнеров и доноров.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5A7D4E" w:rsidRPr="004D3872" w14:paraId="6A7C90C2" w14:textId="77777777" w:rsidTr="005A7D4E">
        <w:tc>
          <w:tcPr>
            <w:tcW w:w="9962" w:type="dxa"/>
          </w:tcPr>
          <w:p w14:paraId="172A94D3" w14:textId="77777777" w:rsidR="005A7D4E" w:rsidRPr="004D3872" w:rsidRDefault="005A7D4E" w:rsidP="0045298E">
            <w:pPr>
              <w:rPr>
                <w:lang w:val="ru-RU"/>
              </w:rPr>
            </w:pPr>
          </w:p>
          <w:p w14:paraId="1BCA2D7D" w14:textId="77777777" w:rsidR="005A7D4E" w:rsidRPr="004D3872" w:rsidRDefault="005A7D4E" w:rsidP="0045298E">
            <w:pPr>
              <w:rPr>
                <w:lang w:val="ru-RU"/>
              </w:rPr>
            </w:pPr>
          </w:p>
          <w:p w14:paraId="493751E0" w14:textId="77777777" w:rsidR="005A7D4E" w:rsidRPr="004D3872" w:rsidRDefault="005A7D4E" w:rsidP="0045298E">
            <w:pPr>
              <w:rPr>
                <w:lang w:val="ru-RU"/>
              </w:rPr>
            </w:pPr>
          </w:p>
          <w:p w14:paraId="22DB72F6" w14:textId="77777777" w:rsidR="005A7D4E" w:rsidRPr="004D3872" w:rsidRDefault="005A7D4E" w:rsidP="0045298E">
            <w:pPr>
              <w:rPr>
                <w:lang w:val="ru-RU"/>
              </w:rPr>
            </w:pPr>
          </w:p>
          <w:p w14:paraId="4B9F8D1E" w14:textId="77777777" w:rsidR="005A7D4E" w:rsidRPr="004D3872" w:rsidRDefault="005A7D4E" w:rsidP="0045298E">
            <w:pPr>
              <w:rPr>
                <w:lang w:val="ru-RU"/>
              </w:rPr>
            </w:pPr>
          </w:p>
          <w:p w14:paraId="619454F4" w14:textId="77777777" w:rsidR="005A7D4E" w:rsidRPr="004D3872" w:rsidRDefault="005A7D4E" w:rsidP="0045298E">
            <w:pPr>
              <w:rPr>
                <w:lang w:val="ru-RU"/>
              </w:rPr>
            </w:pPr>
          </w:p>
          <w:p w14:paraId="1D42F69E" w14:textId="77777777" w:rsidR="005A7D4E" w:rsidRPr="004D3872" w:rsidRDefault="005A7D4E" w:rsidP="0045298E">
            <w:pPr>
              <w:rPr>
                <w:lang w:val="ru-RU"/>
              </w:rPr>
            </w:pPr>
          </w:p>
          <w:p w14:paraId="350A62C9" w14:textId="77777777" w:rsidR="005A7D4E" w:rsidRPr="004D3872" w:rsidRDefault="005A7D4E" w:rsidP="0045298E">
            <w:pPr>
              <w:rPr>
                <w:lang w:val="ru-RU"/>
              </w:rPr>
            </w:pPr>
          </w:p>
        </w:tc>
      </w:tr>
    </w:tbl>
    <w:p w14:paraId="66897C59" w14:textId="42348B64" w:rsidR="00A826D1" w:rsidRPr="004D3872" w:rsidRDefault="6B7A31B0" w:rsidP="0045298E">
      <w:pPr>
        <w:pStyle w:val="Heading2"/>
        <w:spacing w:before="240"/>
        <w:rPr>
          <w:rFonts w:cs="Times New Roman"/>
          <w:lang w:val="ru-RU"/>
        </w:rPr>
      </w:pPr>
      <w:r w:rsidRPr="004D3872">
        <w:rPr>
          <w:rFonts w:cs="Times New Roman"/>
          <w:lang w:val="ru-RU"/>
        </w:rPr>
        <w:t xml:space="preserve">Кратко опишите организационную структуру – членов, персонал, отделы. </w:t>
      </w:r>
      <w:r w:rsidR="0CE6186F" w:rsidRPr="004D3872">
        <w:rPr>
          <w:rFonts w:cs="Times New Roman"/>
          <w:lang w:val="ru-RU"/>
        </w:rPr>
        <w:t>Географическое присутствие (регионы, в которых ваша организация ведет деятельность в настоящее время)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962"/>
      </w:tblGrid>
      <w:tr w:rsidR="00FF477D" w:rsidRPr="004D3872" w14:paraId="736330D2" w14:textId="77777777" w:rsidTr="0083160E">
        <w:trPr>
          <w:trHeight w:val="1408"/>
        </w:trPr>
        <w:tc>
          <w:tcPr>
            <w:tcW w:w="9962" w:type="dxa"/>
          </w:tcPr>
          <w:p w14:paraId="0714E8C7" w14:textId="77777777" w:rsidR="00FF477D" w:rsidRPr="004D3872" w:rsidRDefault="00FF477D" w:rsidP="0045298E">
            <w:pPr>
              <w:rPr>
                <w:lang w:val="ru-RU"/>
              </w:rPr>
            </w:pPr>
          </w:p>
          <w:p w14:paraId="62F82E9D" w14:textId="77777777" w:rsidR="00FF477D" w:rsidRPr="004D3872" w:rsidRDefault="00FF477D" w:rsidP="0045298E">
            <w:pPr>
              <w:rPr>
                <w:lang w:val="ru-RU"/>
              </w:rPr>
            </w:pPr>
          </w:p>
          <w:p w14:paraId="1ECD9D2B" w14:textId="77777777" w:rsidR="00FF477D" w:rsidRPr="004D3872" w:rsidRDefault="00FF477D" w:rsidP="0045298E">
            <w:pPr>
              <w:rPr>
                <w:lang w:val="ru-RU"/>
              </w:rPr>
            </w:pPr>
          </w:p>
          <w:p w14:paraId="6C43140E" w14:textId="77777777" w:rsidR="00FF477D" w:rsidRPr="004D3872" w:rsidRDefault="00FF477D" w:rsidP="0045298E">
            <w:pPr>
              <w:rPr>
                <w:lang w:val="ru-RU"/>
              </w:rPr>
            </w:pPr>
          </w:p>
          <w:p w14:paraId="1F0679A6" w14:textId="77777777" w:rsidR="00FF477D" w:rsidRPr="004D3872" w:rsidRDefault="00FF477D" w:rsidP="0045298E">
            <w:pPr>
              <w:rPr>
                <w:lang w:val="ru-RU"/>
              </w:rPr>
            </w:pPr>
          </w:p>
          <w:p w14:paraId="71B0EB3D" w14:textId="77777777" w:rsidR="00FF477D" w:rsidRPr="004D3872" w:rsidRDefault="00FF477D" w:rsidP="0045298E">
            <w:pPr>
              <w:rPr>
                <w:lang w:val="ru-RU"/>
              </w:rPr>
            </w:pPr>
          </w:p>
          <w:p w14:paraId="4259356B" w14:textId="5E9193F1" w:rsidR="00344801" w:rsidRPr="004D3872" w:rsidRDefault="00344801" w:rsidP="0045298E">
            <w:pPr>
              <w:rPr>
                <w:lang w:val="ru-RU"/>
              </w:rPr>
            </w:pPr>
          </w:p>
        </w:tc>
      </w:tr>
    </w:tbl>
    <w:p w14:paraId="3E00959D" w14:textId="6CF05CD1" w:rsidR="00A826D1" w:rsidRPr="004D3872" w:rsidRDefault="008D722E" w:rsidP="00135C56">
      <w:pPr>
        <w:pStyle w:val="Heading1"/>
        <w:rPr>
          <w:rFonts w:cs="Times New Roman"/>
          <w:lang w:val="ru-RU"/>
        </w:rPr>
      </w:pPr>
      <w:r w:rsidRPr="004D3872">
        <w:rPr>
          <w:rFonts w:cs="Times New Roman"/>
          <w:lang w:val="ru-RU"/>
        </w:rPr>
        <w:t xml:space="preserve">Мотивация и участие в </w:t>
      </w:r>
      <w:r w:rsidR="0087385D" w:rsidRPr="004D3872">
        <w:rPr>
          <w:rFonts w:cs="Times New Roman"/>
          <w:lang w:val="ru-RU"/>
        </w:rPr>
        <w:t>КОНКУРСЕ</w:t>
      </w:r>
    </w:p>
    <w:p w14:paraId="377872E4" w14:textId="0E3367FF" w:rsidR="00A826D1" w:rsidRPr="004D3872" w:rsidRDefault="008D722E" w:rsidP="00135C56">
      <w:pPr>
        <w:pStyle w:val="Heading2"/>
        <w:rPr>
          <w:rFonts w:cs="Times New Roman"/>
          <w:lang w:val="ru-RU"/>
        </w:rPr>
      </w:pPr>
      <w:r w:rsidRPr="004D3872">
        <w:rPr>
          <w:rFonts w:cs="Times New Roman"/>
          <w:lang w:val="ru-RU"/>
        </w:rPr>
        <w:t xml:space="preserve">Пожалуйста, объясните, почему ваша организация желает принять участие в </w:t>
      </w:r>
      <w:r w:rsidR="00370F2B" w:rsidRPr="004D3872">
        <w:rPr>
          <w:rFonts w:cs="Times New Roman"/>
          <w:lang w:val="ru-RU"/>
        </w:rPr>
        <w:t xml:space="preserve">грантовом </w:t>
      </w:r>
      <w:r w:rsidR="0087385D" w:rsidRPr="004D3872">
        <w:rPr>
          <w:rFonts w:cs="Times New Roman"/>
          <w:lang w:val="ru-RU"/>
        </w:rPr>
        <w:t xml:space="preserve">конкурсе </w:t>
      </w:r>
      <w:r w:rsidRPr="004D3872">
        <w:rPr>
          <w:rFonts w:cs="Times New Roman"/>
          <w:lang w:val="ru-RU"/>
        </w:rPr>
        <w:t xml:space="preserve">и </w:t>
      </w:r>
      <w:r w:rsidR="00070365" w:rsidRPr="004D3872">
        <w:rPr>
          <w:rFonts w:cs="Times New Roman"/>
          <w:lang w:val="ru-RU"/>
        </w:rPr>
        <w:t xml:space="preserve">какие ожидания у вас от этого конкурса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980DEB" w:rsidRPr="004D3872" w14:paraId="334FFCF5" w14:textId="77777777" w:rsidTr="00946F94">
        <w:trPr>
          <w:trHeight w:val="2138"/>
        </w:trPr>
        <w:tc>
          <w:tcPr>
            <w:tcW w:w="9962" w:type="dxa"/>
          </w:tcPr>
          <w:p w14:paraId="226DAF5C" w14:textId="77777777" w:rsidR="00980DEB" w:rsidRPr="004D3872" w:rsidRDefault="00980DEB" w:rsidP="0045298E">
            <w:pPr>
              <w:rPr>
                <w:lang w:val="ru-RU"/>
              </w:rPr>
            </w:pPr>
          </w:p>
          <w:p w14:paraId="795ECFFE" w14:textId="77777777" w:rsidR="00980DEB" w:rsidRPr="004D3872" w:rsidRDefault="00980DEB" w:rsidP="0045298E">
            <w:pPr>
              <w:rPr>
                <w:lang w:val="ru-RU"/>
              </w:rPr>
            </w:pPr>
          </w:p>
          <w:p w14:paraId="4DBF6083" w14:textId="77777777" w:rsidR="00980DEB" w:rsidRPr="004D3872" w:rsidRDefault="00980DEB" w:rsidP="0045298E">
            <w:pPr>
              <w:rPr>
                <w:lang w:val="ru-RU"/>
              </w:rPr>
            </w:pPr>
          </w:p>
          <w:p w14:paraId="211E5D32" w14:textId="77777777" w:rsidR="00946F94" w:rsidRPr="004D3872" w:rsidRDefault="00946F94" w:rsidP="0045298E">
            <w:pPr>
              <w:rPr>
                <w:lang w:val="ru-RU"/>
              </w:rPr>
            </w:pPr>
          </w:p>
          <w:p w14:paraId="412CD823" w14:textId="77777777" w:rsidR="00946F94" w:rsidRPr="004D3872" w:rsidRDefault="00946F94" w:rsidP="0045298E">
            <w:pPr>
              <w:rPr>
                <w:lang w:val="ru-RU"/>
              </w:rPr>
            </w:pPr>
          </w:p>
          <w:p w14:paraId="1225CFEA" w14:textId="77777777" w:rsidR="00946F94" w:rsidRPr="004D3872" w:rsidRDefault="00946F94" w:rsidP="0045298E">
            <w:pPr>
              <w:rPr>
                <w:lang w:val="ru-RU"/>
              </w:rPr>
            </w:pPr>
          </w:p>
          <w:p w14:paraId="7C1456B9" w14:textId="77777777" w:rsidR="00980DEB" w:rsidRPr="004D3872" w:rsidRDefault="00980DEB" w:rsidP="0045298E">
            <w:pPr>
              <w:rPr>
                <w:lang w:val="ru-RU"/>
              </w:rPr>
            </w:pPr>
          </w:p>
        </w:tc>
      </w:tr>
    </w:tbl>
    <w:p w14:paraId="22456E29" w14:textId="13243375" w:rsidR="00A826D1" w:rsidRPr="004D3872" w:rsidRDefault="00771887" w:rsidP="001F1C5E">
      <w:pPr>
        <w:pStyle w:val="Heading1"/>
        <w:spacing w:before="360"/>
        <w:rPr>
          <w:rFonts w:cs="Times New Roman"/>
          <w:lang w:val="ru-RU"/>
        </w:rPr>
      </w:pPr>
      <w:r w:rsidRPr="004D3872">
        <w:rPr>
          <w:rFonts w:cs="Times New Roman"/>
          <w:lang w:val="ru-RU"/>
        </w:rPr>
        <w:t>Опыт организации</w:t>
      </w:r>
    </w:p>
    <w:p w14:paraId="5C9FD88F" w14:textId="41F9355E" w:rsidR="00A826D1" w:rsidRPr="004D3872" w:rsidRDefault="221BC4F3" w:rsidP="00135C56">
      <w:pPr>
        <w:rPr>
          <w:lang w:val="ru-RU"/>
        </w:rPr>
      </w:pPr>
      <w:r w:rsidRPr="004D3872">
        <w:rPr>
          <w:lang w:val="ru-RU"/>
        </w:rPr>
        <w:t xml:space="preserve">Пожалуйста, </w:t>
      </w:r>
      <w:r w:rsidR="001E2DDE" w:rsidRPr="004D3872">
        <w:rPr>
          <w:lang w:val="ru-RU"/>
        </w:rPr>
        <w:t xml:space="preserve">представьте информацию о </w:t>
      </w:r>
      <w:r w:rsidRPr="004D3872">
        <w:rPr>
          <w:lang w:val="ru-RU"/>
        </w:rPr>
        <w:t xml:space="preserve">не более чем </w:t>
      </w:r>
      <w:r w:rsidR="0C9FAAFF" w:rsidRPr="004D3872">
        <w:rPr>
          <w:b/>
          <w:bCs/>
          <w:lang w:val="ru-RU"/>
        </w:rPr>
        <w:t xml:space="preserve">пяти (5) </w:t>
      </w:r>
      <w:r w:rsidR="731F1E8B" w:rsidRPr="004D3872">
        <w:rPr>
          <w:lang w:val="ru-RU"/>
        </w:rPr>
        <w:t xml:space="preserve">наиболее </w:t>
      </w:r>
      <w:r w:rsidRPr="004D3872">
        <w:rPr>
          <w:lang w:val="ru-RU"/>
        </w:rPr>
        <w:t xml:space="preserve">значимых </w:t>
      </w:r>
      <w:r w:rsidRPr="004D3872">
        <w:rPr>
          <w:b/>
          <w:bCs/>
          <w:lang w:val="ru-RU"/>
        </w:rPr>
        <w:t xml:space="preserve">проектах и </w:t>
      </w:r>
      <w:r w:rsidRPr="004D3872">
        <w:rPr>
          <w:lang w:val="ru-RU"/>
        </w:rPr>
        <w:t>инициативах</w:t>
      </w:r>
      <w:r w:rsidR="731F1E8B" w:rsidRPr="004D3872">
        <w:rPr>
          <w:lang w:val="ru-RU"/>
        </w:rPr>
        <w:t xml:space="preserve">, </w:t>
      </w:r>
      <w:r w:rsidRPr="004D3872">
        <w:rPr>
          <w:lang w:val="ru-RU"/>
        </w:rPr>
        <w:t>в которых участвовала ваша организация</w:t>
      </w:r>
      <w:r w:rsidR="0D1CE9B5" w:rsidRPr="004D3872">
        <w:rPr>
          <w:lang w:val="ru-RU"/>
        </w:rPr>
        <w:t xml:space="preserve">, уделив особое внимание </w:t>
      </w:r>
      <w:r w:rsidR="001A7280" w:rsidRPr="004D3872">
        <w:rPr>
          <w:lang w:val="ru-RU"/>
        </w:rPr>
        <w:t xml:space="preserve">созданию/развитию </w:t>
      </w:r>
      <w:r w:rsidR="0D1CE9B5" w:rsidRPr="004D3872">
        <w:rPr>
          <w:lang w:val="ru-RU"/>
        </w:rPr>
        <w:t xml:space="preserve">социальных </w:t>
      </w:r>
      <w:r w:rsidR="001A7280" w:rsidRPr="004D3872">
        <w:rPr>
          <w:lang w:val="ru-RU"/>
        </w:rPr>
        <w:t>услуг</w:t>
      </w:r>
      <w:r w:rsidRPr="004D3872">
        <w:rPr>
          <w:lang w:val="ru-RU"/>
        </w:rPr>
        <w:t xml:space="preserve">. Укажите название, краткое описание, </w:t>
      </w:r>
      <w:r w:rsidR="3312BFD1" w:rsidRPr="004D3872">
        <w:rPr>
          <w:lang w:val="ru-RU"/>
        </w:rPr>
        <w:t xml:space="preserve">целевую группу, бюджет, </w:t>
      </w:r>
      <w:r w:rsidRPr="004D3872">
        <w:rPr>
          <w:lang w:val="ru-RU"/>
        </w:rPr>
        <w:t xml:space="preserve">донора и период реализации. </w:t>
      </w:r>
      <w:r w:rsidR="0061144E" w:rsidRPr="004D3872">
        <w:rPr>
          <w:lang w:val="ru-RU"/>
        </w:rPr>
        <w:t>Кратко</w:t>
      </w:r>
      <w:r w:rsidR="3312BFD1" w:rsidRPr="004D3872">
        <w:rPr>
          <w:lang w:val="ru-RU"/>
        </w:rPr>
        <w:t xml:space="preserve"> опишите сотрудничество с партнерами по реализации — </w:t>
      </w:r>
      <w:r w:rsidR="24A78D64" w:rsidRPr="004D3872">
        <w:rPr>
          <w:lang w:val="ru-RU"/>
        </w:rPr>
        <w:t xml:space="preserve">местными/центральными органами власти </w:t>
      </w:r>
      <w:r w:rsidR="685A88B8" w:rsidRPr="004D3872">
        <w:rPr>
          <w:lang w:val="ru-RU"/>
        </w:rPr>
        <w:t xml:space="preserve">— а также </w:t>
      </w:r>
      <w:r w:rsidR="751A39CE" w:rsidRPr="004D3872">
        <w:rPr>
          <w:lang w:val="ru-RU"/>
        </w:rPr>
        <w:t>разработанную</w:t>
      </w:r>
      <w:r w:rsidR="5AB9F4D2" w:rsidRPr="004D3872">
        <w:rPr>
          <w:lang w:val="ru-RU"/>
        </w:rPr>
        <w:t xml:space="preserve">, созданную </w:t>
      </w:r>
      <w:r w:rsidR="004E1026" w:rsidRPr="004D3872">
        <w:rPr>
          <w:lang w:val="ru-RU"/>
        </w:rPr>
        <w:t xml:space="preserve">или усовершенствованную </w:t>
      </w:r>
      <w:r w:rsidR="751A39CE" w:rsidRPr="004D3872">
        <w:rPr>
          <w:lang w:val="ru-RU"/>
        </w:rPr>
        <w:t>социальную услугу</w:t>
      </w:r>
      <w:r w:rsidR="5AB9F4D2" w:rsidRPr="004D3872">
        <w:rPr>
          <w:lang w:val="ru-RU"/>
        </w:rPr>
        <w:t>.</w:t>
      </w:r>
    </w:p>
    <w:p w14:paraId="1100D60F" w14:textId="085A50EA" w:rsidR="00384A8C" w:rsidRPr="004D3872" w:rsidRDefault="00A117AD" w:rsidP="00135C56">
      <w:pPr>
        <w:rPr>
          <w:lang w:val="ru-RU"/>
        </w:rPr>
      </w:pPr>
      <w:r w:rsidRPr="004D3872">
        <w:rPr>
          <w:lang w:val="ru-RU"/>
        </w:rPr>
        <w:t xml:space="preserve">Эта информация будет использована для оценки </w:t>
      </w:r>
      <w:r w:rsidR="00F04D6F" w:rsidRPr="004D3872">
        <w:rPr>
          <w:lang w:val="ru-RU"/>
        </w:rPr>
        <w:t xml:space="preserve">опыта </w:t>
      </w:r>
      <w:r w:rsidRPr="004D3872">
        <w:rPr>
          <w:lang w:val="ru-RU"/>
        </w:rPr>
        <w:t xml:space="preserve">и </w:t>
      </w:r>
      <w:r w:rsidR="00F04D6F" w:rsidRPr="004D3872">
        <w:rPr>
          <w:lang w:val="ru-RU"/>
        </w:rPr>
        <w:t xml:space="preserve">способности </w:t>
      </w:r>
      <w:r w:rsidR="005F6F07" w:rsidRPr="004D3872">
        <w:rPr>
          <w:lang w:val="ru-RU"/>
        </w:rPr>
        <w:t xml:space="preserve">организации-заявителя </w:t>
      </w:r>
      <w:r w:rsidRPr="004D3872">
        <w:rPr>
          <w:lang w:val="ru-RU"/>
        </w:rPr>
        <w:t xml:space="preserve">управлять </w:t>
      </w:r>
      <w:r w:rsidR="007049C1" w:rsidRPr="004D3872">
        <w:rPr>
          <w:lang w:val="ru-RU"/>
        </w:rPr>
        <w:t xml:space="preserve">проектом </w:t>
      </w:r>
      <w:r w:rsidR="004D0B1B" w:rsidRPr="004D3872">
        <w:rPr>
          <w:lang w:val="ru-RU"/>
        </w:rPr>
        <w:t xml:space="preserve">по </w:t>
      </w:r>
      <w:r w:rsidR="007049C1" w:rsidRPr="004D3872">
        <w:rPr>
          <w:lang w:val="ru-RU"/>
        </w:rPr>
        <w:t xml:space="preserve">развитию социальной услуги, </w:t>
      </w:r>
      <w:r w:rsidRPr="004D3872">
        <w:rPr>
          <w:lang w:val="ru-RU"/>
        </w:rPr>
        <w:t xml:space="preserve">сопоставимой по </w:t>
      </w:r>
      <w:r w:rsidR="007049C1" w:rsidRPr="004D3872">
        <w:rPr>
          <w:lang w:val="ru-RU"/>
        </w:rPr>
        <w:t xml:space="preserve">сложности и </w:t>
      </w:r>
      <w:r w:rsidRPr="004D3872">
        <w:rPr>
          <w:lang w:val="ru-RU"/>
        </w:rPr>
        <w:t xml:space="preserve">масштабу с той, на которую запрашивается </w:t>
      </w:r>
      <w:r w:rsidR="00BF53E7" w:rsidRPr="004D3872">
        <w:rPr>
          <w:lang w:val="ru-RU"/>
        </w:rPr>
        <w:t>финансирование</w:t>
      </w:r>
      <w:r w:rsidRPr="004D3872">
        <w:rPr>
          <w:lang w:val="ru-RU"/>
        </w:rPr>
        <w:t xml:space="preserve">. </w:t>
      </w:r>
    </w:p>
    <w:p w14:paraId="63F48760" w14:textId="75066295" w:rsidR="00C91C89" w:rsidRPr="004D3872" w:rsidRDefault="00C91C89" w:rsidP="00135C56">
      <w:pPr>
        <w:rPr>
          <w:b/>
          <w:bCs/>
          <w:lang w:val="ru-RU"/>
        </w:rPr>
      </w:pPr>
      <w:r w:rsidRPr="004D3872">
        <w:rPr>
          <w:b/>
          <w:bCs/>
          <w:lang w:val="ru-RU"/>
        </w:rPr>
        <w:t xml:space="preserve">Опыт реализации аналогичных проектов </w:t>
      </w:r>
      <w:r w:rsidR="00063D3A" w:rsidRPr="004D3872">
        <w:rPr>
          <w:b/>
          <w:bCs/>
          <w:lang w:val="ru-RU"/>
        </w:rPr>
        <w:t>(не более 1 таблицы на страницу)</w:t>
      </w:r>
    </w:p>
    <w:p w14:paraId="795844CE" w14:textId="77777777" w:rsidR="00063D3A" w:rsidRPr="004D3872" w:rsidRDefault="00063D3A" w:rsidP="00135C56">
      <w:pPr>
        <w:rPr>
          <w:lang w:val="ru-RU"/>
        </w:rPr>
        <w:sectPr w:rsidR="00063D3A" w:rsidRPr="004D3872" w:rsidSect="00384A8C">
          <w:headerReference w:type="default" r:id="rId8"/>
          <w:footerReference w:type="default" r:id="rId9"/>
          <w:pgSz w:w="12240" w:h="15840"/>
          <w:pgMar w:top="1134" w:right="1247" w:bottom="993" w:left="1247" w:header="426" w:footer="357" w:gutter="0"/>
          <w:cols w:space="720"/>
          <w:docGrid w:linePitch="360"/>
        </w:sectPr>
      </w:pPr>
    </w:p>
    <w:p w14:paraId="176FC5C9" w14:textId="63F57368" w:rsidR="00CD71B2" w:rsidRPr="004D3872" w:rsidRDefault="008D722E" w:rsidP="00CD71B2">
      <w:pPr>
        <w:rPr>
          <w:lang w:val="ru-RU"/>
        </w:rPr>
      </w:pPr>
      <w:r w:rsidRPr="004D3872">
        <w:rPr>
          <w:b/>
          <w:bCs/>
          <w:color w:val="FF0000"/>
          <w:lang w:val="ru-RU"/>
        </w:rPr>
        <w:t xml:space="preserve">Ссылка 1 </w:t>
      </w:r>
      <w:r w:rsidR="00065B1B" w:rsidRPr="004D3872">
        <w:rPr>
          <w:b/>
          <w:bCs/>
          <w:lang w:val="ru-RU"/>
        </w:rPr>
        <w:t xml:space="preserve">— </w:t>
      </w:r>
      <w:r w:rsidR="00065B1B" w:rsidRPr="004D3872">
        <w:rPr>
          <w:lang w:val="ru-RU"/>
        </w:rPr>
        <w:t xml:space="preserve">Аналогичный проект / инициатива </w:t>
      </w:r>
      <w:r w:rsidR="0089587A" w:rsidRPr="004D3872">
        <w:rPr>
          <w:i/>
          <w:iCs/>
          <w:color w:val="FF0000"/>
          <w:lang w:val="ru-RU"/>
        </w:rPr>
        <w:t>(</w:t>
      </w:r>
      <w:r w:rsidR="00CD71B2" w:rsidRPr="004D3872">
        <w:rPr>
          <w:i/>
          <w:iCs/>
          <w:color w:val="FF0000"/>
          <w:lang w:val="ru-RU"/>
        </w:rPr>
        <w:t xml:space="preserve">страница </w:t>
      </w:r>
      <w:r w:rsidR="0089587A" w:rsidRPr="004D3872">
        <w:rPr>
          <w:i/>
          <w:iCs/>
          <w:color w:val="FF0000"/>
          <w:lang w:val="ru-RU"/>
        </w:rPr>
        <w:t xml:space="preserve">будет удалена, </w:t>
      </w:r>
      <w:r w:rsidR="00CD71B2" w:rsidRPr="004D3872">
        <w:rPr>
          <w:i/>
          <w:iCs/>
          <w:color w:val="FF0000"/>
          <w:lang w:val="ru-RU"/>
        </w:rPr>
        <w:t xml:space="preserve">если не </w:t>
      </w:r>
      <w:r w:rsidR="0089587A" w:rsidRPr="004D3872">
        <w:rPr>
          <w:i/>
          <w:iCs/>
          <w:color w:val="FF0000"/>
          <w:lang w:val="ru-RU"/>
        </w:rPr>
        <w:t>заполнена</w:t>
      </w:r>
      <w:r w:rsidR="00CD71B2" w:rsidRPr="004D3872">
        <w:rPr>
          <w:i/>
          <w:iCs/>
          <w:color w:val="FF0000"/>
          <w:lang w:val="ru-RU"/>
        </w:rPr>
        <w:t>)</w:t>
      </w:r>
    </w:p>
    <w:tbl>
      <w:tblPr>
        <w:tblW w:w="13608" w:type="dxa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54"/>
        <w:gridCol w:w="6354"/>
      </w:tblGrid>
      <w:tr w:rsidR="0089587A" w:rsidRPr="004D3872" w14:paraId="10F060E0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7047E385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</w:p>
        </w:tc>
      </w:tr>
      <w:tr w:rsidR="0089587A" w:rsidRPr="004D3872" w14:paraId="3FB7ADF3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3914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Название организации-исполнителя:</w:t>
            </w:r>
          </w:p>
        </w:tc>
      </w:tr>
      <w:tr w:rsidR="0089587A" w:rsidRPr="004D3872" w14:paraId="00E7DA9C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1C85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Название проекта:</w:t>
            </w:r>
          </w:p>
        </w:tc>
      </w:tr>
      <w:tr w:rsidR="0089587A" w:rsidRPr="004D3872" w14:paraId="5941BB90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404D" w14:textId="77777777" w:rsidR="0089587A" w:rsidRPr="004D3872" w:rsidRDefault="0089587A" w:rsidP="002B5129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Финансирующая организация: </w:t>
            </w:r>
            <w:r w:rsidRPr="004D3872">
              <w:rPr>
                <w:lang w:val="ru-RU"/>
              </w:rPr>
              <w:t>(например: Европейский Союз или Европейский Союз через Keystone Moldova)</w:t>
            </w:r>
          </w:p>
        </w:tc>
      </w:tr>
      <w:tr w:rsidR="0089587A" w:rsidRPr="004D3872" w14:paraId="1E748837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76B4" w14:textId="77777777" w:rsidR="0089587A" w:rsidRPr="004D3872" w:rsidRDefault="0089587A" w:rsidP="002B5129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Период реализации: </w:t>
            </w:r>
            <w:r w:rsidRPr="004D3872">
              <w:rPr>
                <w:lang w:val="ru-RU"/>
              </w:rPr>
              <w:t>(с дд/мм/гггг по дд/мм/гггг – x месяцев)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A6BE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Бюджет проектного предложения, евро: </w:t>
            </w:r>
            <w:r w:rsidRPr="004D3872">
              <w:rPr>
                <w:lang w:val="ru-RU"/>
              </w:rPr>
              <w:t>xx xxx евро</w:t>
            </w:r>
          </w:p>
        </w:tc>
      </w:tr>
      <w:tr w:rsidR="0089587A" w:rsidRPr="004D3872" w14:paraId="4134F535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5A81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Целевые группы: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ED5D" w14:textId="77777777" w:rsidR="0089587A" w:rsidRPr="004D3872" w:rsidRDefault="0089587A" w:rsidP="002B5129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Роль организации: </w:t>
            </w:r>
            <w:r w:rsidRPr="004D3872">
              <w:rPr>
                <w:lang w:val="ru-RU"/>
              </w:rPr>
              <w:t>Исполнитель / партнер и т. д.</w:t>
            </w:r>
          </w:p>
        </w:tc>
      </w:tr>
      <w:tr w:rsidR="0089587A" w:rsidRPr="004D3872" w14:paraId="1D441142" w14:textId="77777777" w:rsidTr="002B5129">
        <w:trPr>
          <w:cantSplit/>
          <w:trHeight w:val="104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27AFC5CD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</w:p>
        </w:tc>
      </w:tr>
      <w:tr w:rsidR="0089587A" w:rsidRPr="004D3872" w14:paraId="4B43EC2B" w14:textId="77777777" w:rsidTr="002B5129">
        <w:trPr>
          <w:cantSplit/>
          <w:trHeight w:val="1218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6C4E7" w14:textId="0A99BB70" w:rsidR="0089587A" w:rsidRPr="004D3872" w:rsidRDefault="0089587A" w:rsidP="002B5129">
            <w:pPr>
              <w:rPr>
                <w:lang w:val="ru-RU"/>
              </w:rPr>
            </w:pPr>
            <w:r w:rsidRPr="004D3872">
              <w:rPr>
                <w:lang w:val="ru-RU"/>
              </w:rPr>
              <w:t xml:space="preserve">Краткое описание реализуемого проекта (цель, задачи, </w:t>
            </w:r>
            <w:r w:rsidR="00DF262E" w:rsidRPr="004D3872">
              <w:rPr>
                <w:lang w:val="ru-RU"/>
              </w:rPr>
              <w:t xml:space="preserve">территория </w:t>
            </w:r>
            <w:r w:rsidR="00656C70" w:rsidRPr="004D3872">
              <w:rPr>
                <w:lang w:val="ru-RU"/>
              </w:rPr>
              <w:t>реализации</w:t>
            </w:r>
            <w:r w:rsidR="00DF262E" w:rsidRPr="004D3872">
              <w:rPr>
                <w:lang w:val="ru-RU"/>
              </w:rPr>
              <w:t xml:space="preserve">, </w:t>
            </w:r>
            <w:r w:rsidRPr="004D3872">
              <w:rPr>
                <w:lang w:val="ru-RU"/>
              </w:rPr>
              <w:t>воздействие и достигнутые результаты и т. д.)</w:t>
            </w:r>
          </w:p>
          <w:p w14:paraId="36CCA70A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6430EB4B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43BF9315" w14:textId="77777777" w:rsidR="0089587A" w:rsidRPr="004D3872" w:rsidRDefault="0089587A" w:rsidP="002B5129">
            <w:pPr>
              <w:rPr>
                <w:lang w:val="ru-RU"/>
              </w:rPr>
            </w:pPr>
            <w:r w:rsidRPr="004D3872">
              <w:rPr>
                <w:lang w:val="ru-RU"/>
              </w:rPr>
              <w:t>Краткое описание сотрудничества с партнерами по реализации — местными/центральными органами власти и т. д.</w:t>
            </w:r>
          </w:p>
          <w:p w14:paraId="277A699E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1E3295D6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15AAF881" w14:textId="5B2E2A82" w:rsidR="0089587A" w:rsidRPr="004D3872" w:rsidRDefault="0089587A" w:rsidP="002B5129">
            <w:pPr>
              <w:rPr>
                <w:lang w:val="ru-RU"/>
              </w:rPr>
            </w:pPr>
            <w:r w:rsidRPr="004D3872">
              <w:rPr>
                <w:lang w:val="ru-RU"/>
              </w:rPr>
              <w:t xml:space="preserve">Краткое описание разработанной/созданной социальной услуги </w:t>
            </w:r>
            <w:r w:rsidR="00EA470B" w:rsidRPr="004D3872">
              <w:rPr>
                <w:lang w:val="ru-RU"/>
              </w:rPr>
              <w:t>с указанием</w:t>
            </w:r>
            <w:r w:rsidR="007C6654" w:rsidRPr="004D3872">
              <w:rPr>
                <w:lang w:val="ru-RU"/>
              </w:rPr>
              <w:t>,</w:t>
            </w:r>
            <w:r w:rsidR="00EA470B" w:rsidRPr="004D3872">
              <w:rPr>
                <w:lang w:val="ru-RU"/>
              </w:rPr>
              <w:t xml:space="preserve"> функционирует ли данная социальная услуга в настоящее время</w:t>
            </w:r>
            <w:r w:rsidR="001A45AD" w:rsidRPr="004D3872">
              <w:rPr>
                <w:lang w:val="ru-RU"/>
              </w:rPr>
              <w:t xml:space="preserve">. </w:t>
            </w:r>
            <w:r w:rsidR="00EA470B" w:rsidRPr="004D3872">
              <w:rPr>
                <w:lang w:val="ru-RU"/>
              </w:rPr>
              <w:t xml:space="preserve">Укажите, каким образом вы обеспечили устойчивость услуги. </w:t>
            </w:r>
          </w:p>
          <w:p w14:paraId="5B0C2475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7BDF9429" w14:textId="77777777" w:rsidR="0089587A" w:rsidRPr="004D3872" w:rsidRDefault="0089587A" w:rsidP="002B5129">
            <w:pPr>
              <w:rPr>
                <w:lang w:val="ru-RU"/>
              </w:rPr>
            </w:pPr>
          </w:p>
        </w:tc>
      </w:tr>
      <w:tr w:rsidR="0089587A" w:rsidRPr="004D3872" w14:paraId="212BFC06" w14:textId="77777777" w:rsidTr="002B5129">
        <w:trPr>
          <w:cantSplit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7C81075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</w:p>
        </w:tc>
      </w:tr>
    </w:tbl>
    <w:p w14:paraId="0305820D" w14:textId="77777777" w:rsidR="0089587A" w:rsidRPr="004D3872" w:rsidRDefault="0089587A" w:rsidP="00135C56">
      <w:pPr>
        <w:rPr>
          <w:lang w:val="ru-RU"/>
        </w:rPr>
      </w:pPr>
    </w:p>
    <w:p w14:paraId="3D934746" w14:textId="64EA13C6" w:rsidR="002C1C09" w:rsidRPr="004D3872" w:rsidRDefault="002C1C09" w:rsidP="00135C56">
      <w:pPr>
        <w:rPr>
          <w:lang w:val="ru-RU"/>
        </w:rPr>
      </w:pPr>
      <w:r w:rsidRPr="004D3872">
        <w:rPr>
          <w:lang w:val="ru-RU"/>
        </w:rPr>
        <w:br w:type="page"/>
      </w:r>
    </w:p>
    <w:p w14:paraId="30C76EF5" w14:textId="3CF8ED71" w:rsidR="00065B1B" w:rsidRPr="004D3872" w:rsidRDefault="00065B1B" w:rsidP="00065B1B">
      <w:pPr>
        <w:rPr>
          <w:b/>
          <w:bCs/>
          <w:lang w:val="ru-RU"/>
        </w:rPr>
      </w:pPr>
      <w:r w:rsidRPr="004D3872">
        <w:rPr>
          <w:b/>
          <w:bCs/>
          <w:color w:val="FF0000"/>
          <w:lang w:val="ru-RU"/>
        </w:rPr>
        <w:t xml:space="preserve">Ссылка 2 </w:t>
      </w:r>
      <w:r w:rsidRPr="004D3872">
        <w:rPr>
          <w:b/>
          <w:bCs/>
          <w:lang w:val="ru-RU"/>
        </w:rPr>
        <w:t xml:space="preserve">— </w:t>
      </w:r>
      <w:r w:rsidR="00CD71B2" w:rsidRPr="004D3872">
        <w:rPr>
          <w:lang w:val="ru-RU"/>
        </w:rPr>
        <w:t xml:space="preserve">Аналогичный проект/инициатива </w:t>
      </w:r>
      <w:r w:rsidR="00353184" w:rsidRPr="004D3872">
        <w:rPr>
          <w:i/>
          <w:iCs/>
          <w:color w:val="FF0000"/>
          <w:lang w:val="ru-RU"/>
        </w:rPr>
        <w:t>(страница будет удалена, если не заполнена)</w:t>
      </w:r>
    </w:p>
    <w:tbl>
      <w:tblPr>
        <w:tblW w:w="13608" w:type="dxa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54"/>
        <w:gridCol w:w="6354"/>
      </w:tblGrid>
      <w:tr w:rsidR="0089587A" w:rsidRPr="004D3872" w14:paraId="11F36D22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551140E5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</w:p>
        </w:tc>
      </w:tr>
      <w:tr w:rsidR="0089587A" w:rsidRPr="004D3872" w14:paraId="36A41318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5FF5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Название организации-исполнителя:</w:t>
            </w:r>
          </w:p>
        </w:tc>
      </w:tr>
      <w:tr w:rsidR="0089587A" w:rsidRPr="004D3872" w14:paraId="16B67690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586F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Название проекта:</w:t>
            </w:r>
          </w:p>
        </w:tc>
      </w:tr>
      <w:tr w:rsidR="0089587A" w:rsidRPr="004D3872" w14:paraId="24FC005B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3CCA" w14:textId="77777777" w:rsidR="0089587A" w:rsidRPr="004D3872" w:rsidRDefault="0089587A" w:rsidP="002B5129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Финансирующая организация: </w:t>
            </w:r>
            <w:r w:rsidRPr="004D3872">
              <w:rPr>
                <w:lang w:val="ru-RU"/>
              </w:rPr>
              <w:t>(например: Европейский Союз или Европейский Союз через Keystone Moldova)</w:t>
            </w:r>
          </w:p>
        </w:tc>
      </w:tr>
      <w:tr w:rsidR="0089587A" w:rsidRPr="004D3872" w14:paraId="7B2F1EC8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56FB" w14:textId="77777777" w:rsidR="0089587A" w:rsidRPr="004D3872" w:rsidRDefault="0089587A" w:rsidP="002B5129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Срок реализации: </w:t>
            </w:r>
            <w:r w:rsidRPr="004D3872">
              <w:rPr>
                <w:lang w:val="ru-RU"/>
              </w:rPr>
              <w:t>(с дд/мм/гггг по дд/мм/гггг — x месяцев)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D6AA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Бюджет проектного предложения, евро: </w:t>
            </w:r>
            <w:r w:rsidRPr="004D3872">
              <w:rPr>
                <w:lang w:val="ru-RU"/>
              </w:rPr>
              <w:t>xx xxx евро</w:t>
            </w:r>
          </w:p>
        </w:tc>
      </w:tr>
      <w:tr w:rsidR="0089587A" w:rsidRPr="004D3872" w14:paraId="63B38909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D591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Целевые группы: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FB5" w14:textId="77777777" w:rsidR="0089587A" w:rsidRPr="004D3872" w:rsidRDefault="0089587A" w:rsidP="002B5129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Роль организации: </w:t>
            </w:r>
            <w:r w:rsidRPr="004D3872">
              <w:rPr>
                <w:lang w:val="ru-RU"/>
              </w:rPr>
              <w:t>Исполнитель / партнер и т. д.</w:t>
            </w:r>
          </w:p>
        </w:tc>
      </w:tr>
      <w:tr w:rsidR="0089587A" w:rsidRPr="004D3872" w14:paraId="1814C2C2" w14:textId="77777777" w:rsidTr="002B5129">
        <w:trPr>
          <w:cantSplit/>
          <w:trHeight w:val="104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799D06A4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</w:p>
        </w:tc>
      </w:tr>
      <w:tr w:rsidR="0089587A" w:rsidRPr="004D3872" w14:paraId="0B927CDF" w14:textId="77777777" w:rsidTr="002B5129">
        <w:trPr>
          <w:cantSplit/>
          <w:trHeight w:val="1218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045A5" w14:textId="56E76BA2" w:rsidR="0089587A" w:rsidRPr="004D3872" w:rsidRDefault="0089587A" w:rsidP="002B5129">
            <w:pPr>
              <w:rPr>
                <w:lang w:val="ru-RU"/>
              </w:rPr>
            </w:pPr>
            <w:r w:rsidRPr="004D3872">
              <w:rPr>
                <w:lang w:val="ru-RU"/>
              </w:rPr>
              <w:t xml:space="preserve">Краткое описание реализуемого проекта (цель, задачи, </w:t>
            </w:r>
            <w:r w:rsidR="004C74DD" w:rsidRPr="004D3872">
              <w:rPr>
                <w:lang w:val="ru-RU"/>
              </w:rPr>
              <w:t xml:space="preserve">территория реализации, </w:t>
            </w:r>
            <w:r w:rsidRPr="004D3872">
              <w:rPr>
                <w:lang w:val="ru-RU"/>
              </w:rPr>
              <w:t>воздействие и достигнутые результаты и т. д.)</w:t>
            </w:r>
          </w:p>
          <w:p w14:paraId="26FCBB7C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48B1574B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566EAA84" w14:textId="77777777" w:rsidR="0089587A" w:rsidRPr="004D3872" w:rsidRDefault="0089587A" w:rsidP="002B5129">
            <w:pPr>
              <w:rPr>
                <w:lang w:val="ru-RU"/>
              </w:rPr>
            </w:pPr>
            <w:r w:rsidRPr="004D3872">
              <w:rPr>
                <w:lang w:val="ru-RU"/>
              </w:rPr>
              <w:t>Краткое описание сотрудничества с партнерами по реализации — местными/центральными органами власти и т. д.</w:t>
            </w:r>
          </w:p>
          <w:p w14:paraId="6E9074B9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36DAD731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6946B383" w14:textId="77777777" w:rsidR="00EA470B" w:rsidRPr="004D3872" w:rsidRDefault="00EA470B" w:rsidP="00EA470B">
            <w:pPr>
              <w:rPr>
                <w:lang w:val="ru-RU"/>
              </w:rPr>
            </w:pPr>
            <w:r w:rsidRPr="004D3872">
              <w:rPr>
                <w:lang w:val="ru-RU"/>
              </w:rPr>
              <w:t xml:space="preserve">Краткое описание разработанной/созданной социальной услуги с указанием, функционирует ли данная социальная услуга в настоящее время. Укажите, каким образом вы обеспечили устойчивость услуги. </w:t>
            </w:r>
          </w:p>
          <w:p w14:paraId="7AA59463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3D3A95D2" w14:textId="77777777" w:rsidR="0089587A" w:rsidRPr="004D3872" w:rsidRDefault="0089587A" w:rsidP="002B5129">
            <w:pPr>
              <w:rPr>
                <w:lang w:val="ru-RU"/>
              </w:rPr>
            </w:pPr>
          </w:p>
        </w:tc>
      </w:tr>
      <w:tr w:rsidR="0089587A" w:rsidRPr="004D3872" w14:paraId="15311493" w14:textId="77777777" w:rsidTr="002B5129">
        <w:trPr>
          <w:cantSplit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DCD39DA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</w:p>
        </w:tc>
      </w:tr>
    </w:tbl>
    <w:p w14:paraId="240615B3" w14:textId="77777777" w:rsidR="0089587A" w:rsidRPr="004D3872" w:rsidRDefault="0089587A">
      <w:pPr>
        <w:jc w:val="left"/>
        <w:rPr>
          <w:lang w:val="ru-RU"/>
        </w:rPr>
      </w:pPr>
    </w:p>
    <w:p w14:paraId="3251C1B3" w14:textId="67F7AF1F" w:rsidR="00065B1B" w:rsidRPr="004D3872" w:rsidRDefault="00065B1B">
      <w:pPr>
        <w:jc w:val="left"/>
        <w:rPr>
          <w:lang w:val="ru-RU"/>
        </w:rPr>
      </w:pPr>
      <w:r w:rsidRPr="004D3872">
        <w:rPr>
          <w:lang w:val="ru-RU"/>
        </w:rPr>
        <w:br w:type="page"/>
      </w:r>
    </w:p>
    <w:p w14:paraId="710DD8A3" w14:textId="569AE1D9" w:rsidR="00065B1B" w:rsidRPr="004D3872" w:rsidRDefault="00065B1B" w:rsidP="00065B1B">
      <w:pPr>
        <w:rPr>
          <w:b/>
          <w:bCs/>
          <w:lang w:val="ru-RU"/>
        </w:rPr>
      </w:pPr>
      <w:r w:rsidRPr="004D3872">
        <w:rPr>
          <w:b/>
          <w:bCs/>
          <w:color w:val="FF0000"/>
          <w:lang w:val="ru-RU"/>
        </w:rPr>
        <w:t xml:space="preserve">Ссылка 3 </w:t>
      </w:r>
      <w:r w:rsidRPr="004D3872">
        <w:rPr>
          <w:b/>
          <w:bCs/>
          <w:lang w:val="ru-RU"/>
        </w:rPr>
        <w:t xml:space="preserve">— </w:t>
      </w:r>
      <w:r w:rsidR="00CD71B2" w:rsidRPr="004D3872">
        <w:rPr>
          <w:lang w:val="ru-RU"/>
        </w:rPr>
        <w:t xml:space="preserve">Аналогичный проект/инициатива </w:t>
      </w:r>
      <w:r w:rsidR="00353184" w:rsidRPr="004D3872">
        <w:rPr>
          <w:i/>
          <w:iCs/>
          <w:color w:val="FF0000"/>
          <w:lang w:val="ru-RU"/>
        </w:rPr>
        <w:t>(страница будет удалена, если не заполнена)</w:t>
      </w:r>
    </w:p>
    <w:tbl>
      <w:tblPr>
        <w:tblW w:w="13608" w:type="dxa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54"/>
        <w:gridCol w:w="6354"/>
      </w:tblGrid>
      <w:tr w:rsidR="0089587A" w:rsidRPr="004D3872" w14:paraId="7CF1293C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2F702967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</w:p>
        </w:tc>
      </w:tr>
      <w:tr w:rsidR="0089587A" w:rsidRPr="004D3872" w14:paraId="6F28E218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D450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Название организации-исполнителя:</w:t>
            </w:r>
          </w:p>
        </w:tc>
      </w:tr>
      <w:tr w:rsidR="0089587A" w:rsidRPr="004D3872" w14:paraId="7645ACE5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952E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Название проекта:</w:t>
            </w:r>
          </w:p>
        </w:tc>
      </w:tr>
      <w:tr w:rsidR="0089587A" w:rsidRPr="004D3872" w14:paraId="21FF8DA5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CD51" w14:textId="77777777" w:rsidR="0089587A" w:rsidRPr="004D3872" w:rsidRDefault="0089587A" w:rsidP="002B5129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Финансирующая организация: </w:t>
            </w:r>
            <w:r w:rsidRPr="004D3872">
              <w:rPr>
                <w:lang w:val="ru-RU"/>
              </w:rPr>
              <w:t>(например: Европейский Союз или Европейский Союз через Keystone Moldova)</w:t>
            </w:r>
          </w:p>
        </w:tc>
      </w:tr>
      <w:tr w:rsidR="0089587A" w:rsidRPr="004D3872" w14:paraId="439D6A31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B806" w14:textId="77777777" w:rsidR="0089587A" w:rsidRPr="004D3872" w:rsidRDefault="0089587A" w:rsidP="002B5129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Период реализации: </w:t>
            </w:r>
            <w:r w:rsidRPr="004D3872">
              <w:rPr>
                <w:lang w:val="ru-RU"/>
              </w:rPr>
              <w:t>(с дд/мм/гггг по дд/мм/гггг – x месяцев)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AA27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Бюджет проектного предложения, евро: </w:t>
            </w:r>
            <w:r w:rsidRPr="004D3872">
              <w:rPr>
                <w:lang w:val="ru-RU"/>
              </w:rPr>
              <w:t>xx xxx евро</w:t>
            </w:r>
          </w:p>
        </w:tc>
      </w:tr>
      <w:tr w:rsidR="0089587A" w:rsidRPr="004D3872" w14:paraId="307B0514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B358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Целевые группы: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ECC4" w14:textId="77777777" w:rsidR="0089587A" w:rsidRPr="004D3872" w:rsidRDefault="0089587A" w:rsidP="002B5129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Роль организации: </w:t>
            </w:r>
            <w:r w:rsidRPr="004D3872">
              <w:rPr>
                <w:lang w:val="ru-RU"/>
              </w:rPr>
              <w:t>Исполнитель / партнер и т. д.</w:t>
            </w:r>
          </w:p>
        </w:tc>
      </w:tr>
      <w:tr w:rsidR="0089587A" w:rsidRPr="004D3872" w14:paraId="6659961C" w14:textId="77777777" w:rsidTr="002B5129">
        <w:trPr>
          <w:cantSplit/>
          <w:trHeight w:val="104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7A7E9CFD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</w:p>
        </w:tc>
      </w:tr>
      <w:tr w:rsidR="0089587A" w:rsidRPr="004D3872" w14:paraId="60F33034" w14:textId="77777777" w:rsidTr="002B5129">
        <w:trPr>
          <w:cantSplit/>
          <w:trHeight w:val="1218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0A849" w14:textId="6BADD426" w:rsidR="0089587A" w:rsidRPr="004D3872" w:rsidRDefault="0089587A" w:rsidP="002B5129">
            <w:pPr>
              <w:rPr>
                <w:lang w:val="ru-RU"/>
              </w:rPr>
            </w:pPr>
            <w:r w:rsidRPr="004D3872">
              <w:rPr>
                <w:lang w:val="ru-RU"/>
              </w:rPr>
              <w:t xml:space="preserve">Краткое описание реализуемого проекта (цель, задачи, </w:t>
            </w:r>
            <w:r w:rsidR="00BB6487" w:rsidRPr="004D3872">
              <w:rPr>
                <w:lang w:val="ru-RU"/>
              </w:rPr>
              <w:t xml:space="preserve">территория реализации, </w:t>
            </w:r>
            <w:r w:rsidRPr="004D3872">
              <w:rPr>
                <w:lang w:val="ru-RU"/>
              </w:rPr>
              <w:t>воздействие и достигнутые результаты и т. д.)</w:t>
            </w:r>
          </w:p>
          <w:p w14:paraId="66A4B283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57613C0E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4849D794" w14:textId="77777777" w:rsidR="0089587A" w:rsidRPr="004D3872" w:rsidRDefault="0089587A" w:rsidP="002B5129">
            <w:pPr>
              <w:rPr>
                <w:lang w:val="ru-RU"/>
              </w:rPr>
            </w:pPr>
            <w:r w:rsidRPr="004D3872">
              <w:rPr>
                <w:lang w:val="ru-RU"/>
              </w:rPr>
              <w:t>Краткое описание сотрудничества с партнерами по реализации — местными/центральными органами власти и т. д.</w:t>
            </w:r>
          </w:p>
          <w:p w14:paraId="53E01138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560183FC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1FCF2AAB" w14:textId="77777777" w:rsidR="00EA470B" w:rsidRPr="004D3872" w:rsidRDefault="00EA470B" w:rsidP="00EA470B">
            <w:pPr>
              <w:rPr>
                <w:lang w:val="ru-RU"/>
              </w:rPr>
            </w:pPr>
            <w:r w:rsidRPr="004D3872">
              <w:rPr>
                <w:lang w:val="ru-RU"/>
              </w:rPr>
              <w:t xml:space="preserve">Краткое описание разработанной/созданной социальной услуги с указанием, функционирует ли данная социальная услуга в настоящее время. Укажите, каким образом вы обеспечили устойчивость услуги. </w:t>
            </w:r>
          </w:p>
          <w:p w14:paraId="612F5195" w14:textId="77777777" w:rsidR="0089587A" w:rsidRPr="004D3872" w:rsidRDefault="0089587A" w:rsidP="002B5129">
            <w:pPr>
              <w:rPr>
                <w:lang w:val="ru-RU"/>
              </w:rPr>
            </w:pPr>
          </w:p>
          <w:p w14:paraId="6F59BEA2" w14:textId="77777777" w:rsidR="0089587A" w:rsidRPr="004D3872" w:rsidRDefault="0089587A" w:rsidP="002B5129">
            <w:pPr>
              <w:rPr>
                <w:lang w:val="ru-RU"/>
              </w:rPr>
            </w:pPr>
          </w:p>
        </w:tc>
      </w:tr>
      <w:tr w:rsidR="0089587A" w:rsidRPr="004D3872" w14:paraId="0051E2B5" w14:textId="77777777" w:rsidTr="002B5129">
        <w:trPr>
          <w:cantSplit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C8D35B2" w14:textId="77777777" w:rsidR="0089587A" w:rsidRPr="004D3872" w:rsidRDefault="0089587A" w:rsidP="002B5129">
            <w:pPr>
              <w:spacing w:after="0"/>
              <w:rPr>
                <w:lang w:val="ru-RU"/>
              </w:rPr>
            </w:pPr>
          </w:p>
        </w:tc>
      </w:tr>
    </w:tbl>
    <w:p w14:paraId="195E5B9F" w14:textId="77777777" w:rsidR="0089587A" w:rsidRPr="004D3872" w:rsidRDefault="0089587A" w:rsidP="00135C56">
      <w:pPr>
        <w:rPr>
          <w:lang w:val="ru-RU"/>
        </w:rPr>
      </w:pPr>
    </w:p>
    <w:p w14:paraId="6C9C4C67" w14:textId="69310A20" w:rsidR="002C1C09" w:rsidRPr="004D3872" w:rsidRDefault="002C1C09" w:rsidP="00135C56">
      <w:pPr>
        <w:rPr>
          <w:lang w:val="ru-RU"/>
        </w:rPr>
      </w:pPr>
      <w:r w:rsidRPr="004D3872">
        <w:rPr>
          <w:lang w:val="ru-RU"/>
        </w:rPr>
        <w:br w:type="page"/>
      </w:r>
    </w:p>
    <w:p w14:paraId="49B4A816" w14:textId="703305CA" w:rsidR="0089587A" w:rsidRPr="004D3872" w:rsidRDefault="00065B1B" w:rsidP="0089587A">
      <w:pPr>
        <w:rPr>
          <w:i/>
          <w:iCs/>
          <w:color w:val="FF0000"/>
          <w:lang w:val="ru-RU"/>
        </w:rPr>
      </w:pPr>
      <w:r w:rsidRPr="004D3872">
        <w:rPr>
          <w:b/>
          <w:bCs/>
          <w:color w:val="FF0000"/>
          <w:lang w:val="ru-RU"/>
        </w:rPr>
        <w:t xml:space="preserve">Ссылка 4 </w:t>
      </w:r>
      <w:r w:rsidRPr="004D3872">
        <w:rPr>
          <w:b/>
          <w:bCs/>
          <w:lang w:val="ru-RU"/>
        </w:rPr>
        <w:t xml:space="preserve">– </w:t>
      </w:r>
      <w:r w:rsidR="00CD71B2" w:rsidRPr="004D3872">
        <w:rPr>
          <w:lang w:val="ru-RU"/>
        </w:rPr>
        <w:t xml:space="preserve">Аналогичный проект / инициатива </w:t>
      </w:r>
      <w:r w:rsidR="00353184" w:rsidRPr="004D3872">
        <w:rPr>
          <w:i/>
          <w:iCs/>
          <w:color w:val="FF0000"/>
          <w:lang w:val="ru-RU"/>
        </w:rPr>
        <w:t>(страница будет удалена, если не заполнена)</w:t>
      </w:r>
    </w:p>
    <w:tbl>
      <w:tblPr>
        <w:tblW w:w="13608" w:type="dxa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54"/>
        <w:gridCol w:w="6354"/>
      </w:tblGrid>
      <w:tr w:rsidR="00353184" w:rsidRPr="004D3872" w14:paraId="1DD183C3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2F34F616" w14:textId="77777777" w:rsidR="00353184" w:rsidRPr="004D3872" w:rsidRDefault="00353184" w:rsidP="002B5129">
            <w:pPr>
              <w:spacing w:after="0"/>
              <w:rPr>
                <w:lang w:val="ru-RU"/>
              </w:rPr>
            </w:pPr>
          </w:p>
        </w:tc>
      </w:tr>
      <w:tr w:rsidR="00353184" w:rsidRPr="004D3872" w14:paraId="06072260" w14:textId="77777777" w:rsidTr="002B5129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7FAF" w14:textId="77777777" w:rsidR="00353184" w:rsidRPr="004D3872" w:rsidRDefault="00353184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Название организации-исполнителя:</w:t>
            </w:r>
          </w:p>
        </w:tc>
      </w:tr>
      <w:tr w:rsidR="00353184" w:rsidRPr="004D3872" w14:paraId="552CE259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64C6" w14:textId="77777777" w:rsidR="00353184" w:rsidRPr="004D3872" w:rsidRDefault="00353184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Название проекта:</w:t>
            </w:r>
          </w:p>
        </w:tc>
      </w:tr>
      <w:tr w:rsidR="00353184" w:rsidRPr="004D3872" w14:paraId="7849E618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4D65" w14:textId="77777777" w:rsidR="00353184" w:rsidRPr="004D3872" w:rsidRDefault="00353184" w:rsidP="002B5129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Финансирующая организация: </w:t>
            </w:r>
            <w:r w:rsidRPr="004D3872">
              <w:rPr>
                <w:lang w:val="ru-RU"/>
              </w:rPr>
              <w:t>(например: Европейский Союз или Европейский Союз через Keystone Moldova)</w:t>
            </w:r>
          </w:p>
        </w:tc>
      </w:tr>
      <w:tr w:rsidR="00353184" w:rsidRPr="004D3872" w14:paraId="0F20BD7D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0EB8" w14:textId="77777777" w:rsidR="00353184" w:rsidRPr="004D3872" w:rsidRDefault="00353184" w:rsidP="002B5129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Период реализации: </w:t>
            </w:r>
            <w:r w:rsidRPr="004D3872">
              <w:rPr>
                <w:lang w:val="ru-RU"/>
              </w:rPr>
              <w:t>(с дд/мм/гггг по дд/мм/гггг – x месяцев)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872D" w14:textId="77777777" w:rsidR="00353184" w:rsidRPr="004D3872" w:rsidRDefault="00353184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Бюджет проектного предложения, евро: </w:t>
            </w:r>
            <w:r w:rsidRPr="004D3872">
              <w:rPr>
                <w:lang w:val="ru-RU"/>
              </w:rPr>
              <w:t>xx xxx евро</w:t>
            </w:r>
          </w:p>
        </w:tc>
      </w:tr>
      <w:tr w:rsidR="00353184" w:rsidRPr="004D3872" w14:paraId="440CB6A4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2CDD" w14:textId="77777777" w:rsidR="00353184" w:rsidRPr="004D3872" w:rsidRDefault="00353184" w:rsidP="002B5129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Целевые группы: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0CED" w14:textId="77777777" w:rsidR="00353184" w:rsidRPr="004D3872" w:rsidRDefault="00353184" w:rsidP="002B5129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Роль организации: </w:t>
            </w:r>
            <w:r w:rsidRPr="004D3872">
              <w:rPr>
                <w:lang w:val="ru-RU"/>
              </w:rPr>
              <w:t>Исполнитель / партнер и т. д.</w:t>
            </w:r>
          </w:p>
        </w:tc>
      </w:tr>
      <w:tr w:rsidR="00353184" w:rsidRPr="004D3872" w14:paraId="1F0E8720" w14:textId="77777777" w:rsidTr="002B5129">
        <w:trPr>
          <w:cantSplit/>
          <w:trHeight w:val="104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36C7838D" w14:textId="77777777" w:rsidR="00353184" w:rsidRPr="004D3872" w:rsidRDefault="00353184" w:rsidP="002B5129">
            <w:pPr>
              <w:spacing w:after="0"/>
              <w:rPr>
                <w:lang w:val="ru-RU"/>
              </w:rPr>
            </w:pPr>
          </w:p>
        </w:tc>
      </w:tr>
      <w:tr w:rsidR="00353184" w:rsidRPr="004D3872" w14:paraId="19067449" w14:textId="77777777" w:rsidTr="002B5129">
        <w:trPr>
          <w:cantSplit/>
          <w:trHeight w:val="1218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2945F" w14:textId="5A5FF518" w:rsidR="00353184" w:rsidRPr="004D3872" w:rsidRDefault="00353184" w:rsidP="002B5129">
            <w:pPr>
              <w:rPr>
                <w:lang w:val="ru-RU"/>
              </w:rPr>
            </w:pPr>
            <w:r w:rsidRPr="004D3872">
              <w:rPr>
                <w:lang w:val="ru-RU"/>
              </w:rPr>
              <w:t xml:space="preserve">Краткое описание реализуемого проекта (цель, задачи, </w:t>
            </w:r>
            <w:r w:rsidR="0091417C" w:rsidRPr="004D3872">
              <w:rPr>
                <w:lang w:val="ru-RU"/>
              </w:rPr>
              <w:t xml:space="preserve">территория реализации, </w:t>
            </w:r>
            <w:r w:rsidRPr="004D3872">
              <w:rPr>
                <w:lang w:val="ru-RU"/>
              </w:rPr>
              <w:t>воздействие и достигнутые результаты и т. д.)</w:t>
            </w:r>
          </w:p>
          <w:p w14:paraId="5FE2A766" w14:textId="77777777" w:rsidR="00353184" w:rsidRPr="004D3872" w:rsidRDefault="00353184" w:rsidP="002B5129">
            <w:pPr>
              <w:rPr>
                <w:lang w:val="ru-RU"/>
              </w:rPr>
            </w:pPr>
          </w:p>
          <w:p w14:paraId="153CD850" w14:textId="77777777" w:rsidR="00353184" w:rsidRPr="004D3872" w:rsidRDefault="00353184" w:rsidP="002B5129">
            <w:pPr>
              <w:rPr>
                <w:lang w:val="ru-RU"/>
              </w:rPr>
            </w:pPr>
          </w:p>
          <w:p w14:paraId="5A4329E3" w14:textId="77777777" w:rsidR="00353184" w:rsidRPr="004D3872" w:rsidRDefault="00353184" w:rsidP="002B5129">
            <w:pPr>
              <w:rPr>
                <w:lang w:val="ru-RU"/>
              </w:rPr>
            </w:pPr>
            <w:r w:rsidRPr="004D3872">
              <w:rPr>
                <w:lang w:val="ru-RU"/>
              </w:rPr>
              <w:t>Краткое описание сотрудничества с партнерами по реализации — местными/центральными органами власти и т. д.</w:t>
            </w:r>
          </w:p>
          <w:p w14:paraId="5DAAC57A" w14:textId="77777777" w:rsidR="00353184" w:rsidRPr="004D3872" w:rsidRDefault="00353184" w:rsidP="002B5129">
            <w:pPr>
              <w:rPr>
                <w:lang w:val="ru-RU"/>
              </w:rPr>
            </w:pPr>
          </w:p>
          <w:p w14:paraId="7B66B541" w14:textId="77777777" w:rsidR="00353184" w:rsidRPr="004D3872" w:rsidRDefault="00353184" w:rsidP="002B5129">
            <w:pPr>
              <w:rPr>
                <w:lang w:val="ru-RU"/>
              </w:rPr>
            </w:pPr>
          </w:p>
          <w:p w14:paraId="310E9975" w14:textId="77777777" w:rsidR="00EA470B" w:rsidRPr="004D3872" w:rsidRDefault="00EA470B" w:rsidP="00EA470B">
            <w:pPr>
              <w:rPr>
                <w:lang w:val="ru-RU"/>
              </w:rPr>
            </w:pPr>
            <w:r w:rsidRPr="004D3872">
              <w:rPr>
                <w:lang w:val="ru-RU"/>
              </w:rPr>
              <w:t xml:space="preserve">Краткое описание разработанной/созданной социальной услуги с указанием, функционирует ли данная социальная услуга в настоящее время. Укажите, каким образом вы обеспечили устойчивость услуги. </w:t>
            </w:r>
          </w:p>
          <w:p w14:paraId="14071228" w14:textId="77777777" w:rsidR="00353184" w:rsidRPr="004D3872" w:rsidRDefault="00353184" w:rsidP="002B5129">
            <w:pPr>
              <w:rPr>
                <w:lang w:val="ru-RU"/>
              </w:rPr>
            </w:pPr>
          </w:p>
          <w:p w14:paraId="6E5048D1" w14:textId="77777777" w:rsidR="00353184" w:rsidRPr="004D3872" w:rsidRDefault="00353184" w:rsidP="002B5129">
            <w:pPr>
              <w:rPr>
                <w:lang w:val="ru-RU"/>
              </w:rPr>
            </w:pPr>
          </w:p>
        </w:tc>
      </w:tr>
      <w:tr w:rsidR="00353184" w:rsidRPr="004D3872" w14:paraId="6E426A2E" w14:textId="77777777" w:rsidTr="002B5129">
        <w:trPr>
          <w:cantSplit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7A7DFD3" w14:textId="77777777" w:rsidR="00353184" w:rsidRPr="004D3872" w:rsidRDefault="00353184" w:rsidP="002B5129">
            <w:pPr>
              <w:spacing w:after="0"/>
              <w:rPr>
                <w:lang w:val="ru-RU"/>
              </w:rPr>
            </w:pPr>
          </w:p>
        </w:tc>
      </w:tr>
    </w:tbl>
    <w:p w14:paraId="46B3749B" w14:textId="77777777" w:rsidR="00353184" w:rsidRPr="004D3872" w:rsidRDefault="00353184">
      <w:pPr>
        <w:jc w:val="left"/>
        <w:rPr>
          <w:b/>
          <w:bCs/>
          <w:lang w:val="ru-RU"/>
        </w:rPr>
      </w:pPr>
    </w:p>
    <w:p w14:paraId="10132FD5" w14:textId="0A53AA28" w:rsidR="00CD71B2" w:rsidRPr="004D3872" w:rsidRDefault="00CD71B2">
      <w:pPr>
        <w:jc w:val="left"/>
        <w:rPr>
          <w:b/>
          <w:bCs/>
          <w:lang w:val="ru-RU"/>
        </w:rPr>
      </w:pPr>
      <w:r w:rsidRPr="004D3872">
        <w:rPr>
          <w:b/>
          <w:bCs/>
          <w:lang w:val="ru-RU"/>
        </w:rPr>
        <w:br w:type="page"/>
      </w:r>
    </w:p>
    <w:p w14:paraId="6E8E5018" w14:textId="5F116B91" w:rsidR="00CD71B2" w:rsidRPr="004D3872" w:rsidRDefault="00CD71B2" w:rsidP="00CD71B2">
      <w:pPr>
        <w:rPr>
          <w:b/>
          <w:bCs/>
          <w:lang w:val="ru-RU"/>
        </w:rPr>
      </w:pPr>
      <w:r w:rsidRPr="004D3872">
        <w:rPr>
          <w:b/>
          <w:bCs/>
          <w:color w:val="FF0000"/>
          <w:lang w:val="ru-RU"/>
        </w:rPr>
        <w:t xml:space="preserve">Ссылка 5 </w:t>
      </w:r>
      <w:r w:rsidRPr="004D3872">
        <w:rPr>
          <w:b/>
          <w:bCs/>
          <w:lang w:val="ru-RU"/>
        </w:rPr>
        <w:t xml:space="preserve">— </w:t>
      </w:r>
      <w:r w:rsidRPr="004D3872">
        <w:rPr>
          <w:lang w:val="ru-RU"/>
        </w:rPr>
        <w:t xml:space="preserve">Аналогичный проект/инициатива </w:t>
      </w:r>
      <w:r w:rsidR="00353184" w:rsidRPr="004D3872">
        <w:rPr>
          <w:i/>
          <w:iCs/>
          <w:color w:val="FF0000"/>
          <w:lang w:val="ru-RU"/>
        </w:rPr>
        <w:t>(страница будет удалена, если не заполнена)</w:t>
      </w:r>
    </w:p>
    <w:tbl>
      <w:tblPr>
        <w:tblW w:w="13608" w:type="dxa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54"/>
        <w:gridCol w:w="6354"/>
      </w:tblGrid>
      <w:tr w:rsidR="00CD71B2" w:rsidRPr="004D3872" w14:paraId="732FF31A" w14:textId="77777777" w:rsidTr="0089587A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64A398F6" w14:textId="77777777" w:rsidR="00CD71B2" w:rsidRPr="004D3872" w:rsidRDefault="00CD71B2" w:rsidP="0089587A">
            <w:pPr>
              <w:spacing w:after="0"/>
              <w:rPr>
                <w:lang w:val="ru-RU"/>
              </w:rPr>
            </w:pPr>
          </w:p>
        </w:tc>
      </w:tr>
      <w:tr w:rsidR="00CD71B2" w:rsidRPr="004D3872" w14:paraId="11EA00F4" w14:textId="77777777" w:rsidTr="0089587A">
        <w:trPr>
          <w:cantSplit/>
          <w:trHeight w:val="60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0F34" w14:textId="77777777" w:rsidR="00CD71B2" w:rsidRPr="004D3872" w:rsidRDefault="00CD71B2" w:rsidP="0089587A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Название организации-исполнителя:</w:t>
            </w:r>
          </w:p>
        </w:tc>
      </w:tr>
      <w:tr w:rsidR="00CD71B2" w:rsidRPr="004D3872" w14:paraId="220D7EF0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59EB" w14:textId="77777777" w:rsidR="00CD71B2" w:rsidRPr="004D3872" w:rsidRDefault="00CD71B2" w:rsidP="0089587A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Название проекта:</w:t>
            </w:r>
          </w:p>
        </w:tc>
      </w:tr>
      <w:tr w:rsidR="00CD71B2" w:rsidRPr="004D3872" w14:paraId="6DDE2B30" w14:textId="77777777" w:rsidTr="002B5129">
        <w:trPr>
          <w:cantSplit/>
          <w:trHeight w:val="281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8C9C" w14:textId="77777777" w:rsidR="00CD71B2" w:rsidRPr="004D3872" w:rsidRDefault="00CD71B2" w:rsidP="0089587A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Финансирующая организация: </w:t>
            </w:r>
            <w:r w:rsidRPr="004D3872">
              <w:rPr>
                <w:lang w:val="ru-RU"/>
              </w:rPr>
              <w:t>(например: Европейский союз или Европейский союз через организацию «Keystone Moldova»)</w:t>
            </w:r>
          </w:p>
        </w:tc>
      </w:tr>
      <w:tr w:rsidR="00CD71B2" w:rsidRPr="004D3872" w14:paraId="2BA2C5F6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CDA4" w14:textId="77777777" w:rsidR="00CD71B2" w:rsidRPr="004D3872" w:rsidRDefault="00CD71B2" w:rsidP="0089587A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Срок реализации: </w:t>
            </w:r>
            <w:r w:rsidRPr="004D3872">
              <w:rPr>
                <w:lang w:val="ru-RU"/>
              </w:rPr>
              <w:t>(с дд/мм/гггг по дд/мм/гггг – x месяцев)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FA7F" w14:textId="77777777" w:rsidR="00CD71B2" w:rsidRPr="004D3872" w:rsidRDefault="00CD71B2" w:rsidP="0089587A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Бюджет проектного предложения, евро: </w:t>
            </w:r>
            <w:r w:rsidRPr="004D3872">
              <w:rPr>
                <w:lang w:val="ru-RU"/>
              </w:rPr>
              <w:t>xx xxx евро</w:t>
            </w:r>
          </w:p>
        </w:tc>
      </w:tr>
      <w:tr w:rsidR="00CD71B2" w:rsidRPr="004D3872" w14:paraId="738F4025" w14:textId="77777777" w:rsidTr="002B5129">
        <w:trPr>
          <w:cantSplit/>
          <w:trHeight w:val="281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3075" w14:textId="77777777" w:rsidR="00CD71B2" w:rsidRPr="004D3872" w:rsidRDefault="00CD71B2" w:rsidP="0089587A">
            <w:pPr>
              <w:spacing w:after="0"/>
              <w:rPr>
                <w:lang w:val="ru-RU"/>
              </w:rPr>
            </w:pPr>
            <w:r w:rsidRPr="004D3872">
              <w:rPr>
                <w:b/>
                <w:bCs/>
                <w:lang w:val="ru-RU"/>
              </w:rPr>
              <w:t>Целевые группы: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B3EC" w14:textId="77777777" w:rsidR="00CD71B2" w:rsidRPr="004D3872" w:rsidRDefault="00CD71B2" w:rsidP="0089587A">
            <w:pPr>
              <w:spacing w:after="0"/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Роль организации: </w:t>
            </w:r>
            <w:r w:rsidRPr="004D3872">
              <w:rPr>
                <w:lang w:val="ru-RU"/>
              </w:rPr>
              <w:t>Исполнитель / партнер и т. д.</w:t>
            </w:r>
          </w:p>
        </w:tc>
      </w:tr>
      <w:tr w:rsidR="00CD71B2" w:rsidRPr="004D3872" w14:paraId="6CF2E511" w14:textId="77777777" w:rsidTr="002B5129">
        <w:trPr>
          <w:cantSplit/>
          <w:trHeight w:val="104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4166"/>
          </w:tcPr>
          <w:p w14:paraId="599CBC5B" w14:textId="77777777" w:rsidR="00CD71B2" w:rsidRPr="004D3872" w:rsidRDefault="00CD71B2" w:rsidP="0089587A">
            <w:pPr>
              <w:spacing w:after="0"/>
              <w:rPr>
                <w:lang w:val="ru-RU"/>
              </w:rPr>
            </w:pPr>
          </w:p>
        </w:tc>
      </w:tr>
      <w:tr w:rsidR="00CD71B2" w:rsidRPr="004D3872" w14:paraId="7B09B81F" w14:textId="77777777" w:rsidTr="002B5129">
        <w:trPr>
          <w:cantSplit/>
          <w:trHeight w:val="1218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AC09A" w14:textId="08418BE0" w:rsidR="00CD71B2" w:rsidRPr="004D3872" w:rsidRDefault="00CD71B2" w:rsidP="002B5129">
            <w:pPr>
              <w:rPr>
                <w:lang w:val="ru-RU"/>
              </w:rPr>
            </w:pPr>
            <w:r w:rsidRPr="004D3872">
              <w:rPr>
                <w:lang w:val="ru-RU"/>
              </w:rPr>
              <w:t xml:space="preserve">Краткое описание реализуемого проекта (цель, задачи, </w:t>
            </w:r>
            <w:r w:rsidR="0091417C" w:rsidRPr="004D3872">
              <w:rPr>
                <w:lang w:val="ru-RU"/>
              </w:rPr>
              <w:t xml:space="preserve">территория реализации, </w:t>
            </w:r>
            <w:r w:rsidRPr="004D3872">
              <w:rPr>
                <w:lang w:val="ru-RU"/>
              </w:rPr>
              <w:t>воздействие и достигнутые результаты и т. д.)</w:t>
            </w:r>
          </w:p>
          <w:p w14:paraId="77CB9E7F" w14:textId="77777777" w:rsidR="00CD71B2" w:rsidRPr="004D3872" w:rsidRDefault="00CD71B2" w:rsidP="002B5129">
            <w:pPr>
              <w:rPr>
                <w:lang w:val="ru-RU"/>
              </w:rPr>
            </w:pPr>
          </w:p>
          <w:p w14:paraId="598C6413" w14:textId="77777777" w:rsidR="00CD71B2" w:rsidRPr="004D3872" w:rsidRDefault="00CD71B2" w:rsidP="002B5129">
            <w:pPr>
              <w:rPr>
                <w:lang w:val="ru-RU"/>
              </w:rPr>
            </w:pPr>
          </w:p>
          <w:p w14:paraId="79E80324" w14:textId="088D2952" w:rsidR="00CD71B2" w:rsidRPr="004D3872" w:rsidRDefault="00CD71B2" w:rsidP="002B5129">
            <w:pPr>
              <w:rPr>
                <w:lang w:val="ru-RU"/>
              </w:rPr>
            </w:pPr>
            <w:r w:rsidRPr="004D3872">
              <w:rPr>
                <w:lang w:val="ru-RU"/>
              </w:rPr>
              <w:t xml:space="preserve">Краткое описание сотрудничества с партнерами по реализации — </w:t>
            </w:r>
            <w:r w:rsidR="00D12396" w:rsidRPr="004D3872">
              <w:rPr>
                <w:lang w:val="ru-RU"/>
              </w:rPr>
              <w:t>местными/центральными органами власти и т. д.</w:t>
            </w:r>
          </w:p>
          <w:p w14:paraId="54CD7EE7" w14:textId="77777777" w:rsidR="00CD71B2" w:rsidRPr="004D3872" w:rsidRDefault="00CD71B2" w:rsidP="002B5129">
            <w:pPr>
              <w:rPr>
                <w:lang w:val="ru-RU"/>
              </w:rPr>
            </w:pPr>
          </w:p>
          <w:p w14:paraId="6A8A4373" w14:textId="77777777" w:rsidR="00CD71B2" w:rsidRPr="004D3872" w:rsidRDefault="00CD71B2" w:rsidP="002B5129">
            <w:pPr>
              <w:rPr>
                <w:lang w:val="ru-RU"/>
              </w:rPr>
            </w:pPr>
          </w:p>
          <w:p w14:paraId="3C452C44" w14:textId="77777777" w:rsidR="00EA470B" w:rsidRPr="004D3872" w:rsidRDefault="00EA470B" w:rsidP="00EA470B">
            <w:pPr>
              <w:rPr>
                <w:lang w:val="ru-RU"/>
              </w:rPr>
            </w:pPr>
            <w:r w:rsidRPr="004D3872">
              <w:rPr>
                <w:lang w:val="ru-RU"/>
              </w:rPr>
              <w:t xml:space="preserve">Краткое описание разработанной/созданной социальной услуги с указанием, функционирует ли данная социальная услуга в настоящее время. Укажите, каким образом вы обеспечили устойчивость услуги. </w:t>
            </w:r>
          </w:p>
          <w:p w14:paraId="269CB3E3" w14:textId="77777777" w:rsidR="00CD71B2" w:rsidRPr="004D3872" w:rsidRDefault="00CD71B2" w:rsidP="002B5129">
            <w:pPr>
              <w:rPr>
                <w:lang w:val="ru-RU"/>
              </w:rPr>
            </w:pPr>
          </w:p>
          <w:p w14:paraId="64ADCFCC" w14:textId="77777777" w:rsidR="00CD71B2" w:rsidRPr="004D3872" w:rsidRDefault="00CD71B2" w:rsidP="002B5129">
            <w:pPr>
              <w:rPr>
                <w:lang w:val="ru-RU"/>
              </w:rPr>
            </w:pPr>
          </w:p>
        </w:tc>
      </w:tr>
      <w:tr w:rsidR="00CD71B2" w:rsidRPr="004D3872" w14:paraId="1D73BC15" w14:textId="77777777" w:rsidTr="002B5129">
        <w:trPr>
          <w:cantSplit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EE9767F" w14:textId="77777777" w:rsidR="00CD71B2" w:rsidRPr="004D3872" w:rsidRDefault="00CD71B2" w:rsidP="0089587A">
            <w:pPr>
              <w:spacing w:after="0"/>
              <w:rPr>
                <w:lang w:val="ru-RU"/>
              </w:rPr>
            </w:pPr>
          </w:p>
        </w:tc>
      </w:tr>
    </w:tbl>
    <w:p w14:paraId="7EC741C6" w14:textId="77777777" w:rsidR="00063D3A" w:rsidRPr="004D3872" w:rsidRDefault="00063D3A" w:rsidP="00135C56">
      <w:pPr>
        <w:rPr>
          <w:lang w:val="ru-RU"/>
        </w:rPr>
      </w:pPr>
    </w:p>
    <w:p w14:paraId="22C316B4" w14:textId="77777777" w:rsidR="002C1C09" w:rsidRPr="004D3872" w:rsidRDefault="002C1C09" w:rsidP="00135C56">
      <w:pPr>
        <w:rPr>
          <w:lang w:val="ru-RU"/>
        </w:rPr>
        <w:sectPr w:rsidR="002C1C09" w:rsidRPr="004D3872" w:rsidSect="00CE5B22">
          <w:pgSz w:w="15840" w:h="12240" w:orient="landscape"/>
          <w:pgMar w:top="1247" w:right="1134" w:bottom="1247" w:left="1134" w:header="284" w:footer="720" w:gutter="0"/>
          <w:cols w:space="720"/>
          <w:docGrid w:linePitch="360"/>
        </w:sectPr>
      </w:pPr>
    </w:p>
    <w:p w14:paraId="7E41BE9F" w14:textId="77777777" w:rsidR="00F25AAA" w:rsidRPr="004D3872" w:rsidRDefault="00F25AAA" w:rsidP="00E97CB1">
      <w:pPr>
        <w:spacing w:before="100" w:beforeAutospacing="1" w:after="100" w:afterAutospacing="1" w:line="240" w:lineRule="auto"/>
        <w:ind w:hanging="11"/>
        <w:jc w:val="left"/>
        <w:outlineLvl w:val="0"/>
        <w:rPr>
          <w:rFonts w:eastAsia="SimSun"/>
          <w:b/>
          <w:bCs/>
          <w:color w:val="114166"/>
          <w:kern w:val="36"/>
          <w:sz w:val="36"/>
          <w:szCs w:val="36"/>
          <w:lang w:val="ru-RU"/>
        </w:rPr>
      </w:pPr>
      <w:r w:rsidRPr="004D3872">
        <w:rPr>
          <w:rFonts w:eastAsia="SimSun"/>
          <w:b/>
          <w:bCs/>
          <w:color w:val="114166"/>
          <w:kern w:val="36"/>
          <w:sz w:val="36"/>
          <w:szCs w:val="36"/>
          <w:lang w:val="ru-RU"/>
        </w:rPr>
        <w:t>Заявление под собственную ответственность</w:t>
      </w:r>
    </w:p>
    <w:p w14:paraId="5CBA1F9D" w14:textId="02183B4C" w:rsidR="00F25AAA" w:rsidRPr="004D3872" w:rsidRDefault="00F25AAA" w:rsidP="00F25AAA">
      <w:pPr>
        <w:rPr>
          <w:b/>
          <w:bCs/>
          <w:lang w:val="ru-RU"/>
        </w:rPr>
      </w:pPr>
      <w:r w:rsidRPr="004D3872">
        <w:rPr>
          <w:b/>
          <w:bCs/>
          <w:lang w:val="ru-RU"/>
        </w:rPr>
        <w:t xml:space="preserve">Настоящим заявляю, что </w:t>
      </w:r>
      <w:r w:rsidR="00C3712F" w:rsidRPr="004D3872">
        <w:rPr>
          <w:b/>
          <w:bCs/>
          <w:lang w:val="ru-RU"/>
        </w:rPr>
        <w:t>(отметьте)</w:t>
      </w:r>
      <w:r w:rsidRPr="004D3872">
        <w:rPr>
          <w:b/>
          <w:bCs/>
          <w:lang w:val="ru-RU"/>
        </w:rPr>
        <w:t>:</w:t>
      </w:r>
    </w:p>
    <w:p w14:paraId="6B5BA97E" w14:textId="6EAD56BC" w:rsidR="00F25AAA" w:rsidRPr="004D3872" w:rsidRDefault="00000000" w:rsidP="00F25AAA">
      <w:pPr>
        <w:rPr>
          <w:rFonts w:ascii="Timesâ" w:hAnsi="Timesâ" w:hint="eastAsia"/>
          <w:kern w:val="2"/>
          <w:szCs w:val="21"/>
          <w:lang w:val="ru-RU" w:eastAsia="ja-JP"/>
          <w14:ligatures w14:val="standardContextual"/>
        </w:rPr>
      </w:pPr>
      <w:sdt>
        <w:sdtPr>
          <w:rPr>
            <w:rFonts w:ascii="Timesâ" w:hAnsi="Timesâ"/>
            <w:lang w:val="ru-RU"/>
          </w:rPr>
          <w:id w:val="210546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4F5" w:rsidRPr="004D3872">
            <w:rPr>
              <w:rFonts w:ascii="MS Gothic" w:eastAsia="MS Gothic" w:hAnsi="MS Gothic"/>
              <w:lang w:val="ru-RU"/>
            </w:rPr>
            <w:t xml:space="preserve">☐ </w:t>
          </w:r>
        </w:sdtContent>
      </w:sdt>
      <w:r w:rsidR="00F25AAA" w:rsidRPr="004D3872">
        <w:rPr>
          <w:rFonts w:ascii="Timesâ" w:hAnsi="Timesâ"/>
          <w:lang w:val="ru-RU"/>
        </w:rPr>
        <w:t xml:space="preserve">Вся информация, представленная в </w:t>
      </w:r>
      <w:r w:rsidR="006143BD" w:rsidRPr="004D3872">
        <w:rPr>
          <w:rFonts w:ascii="Timesâ" w:hAnsi="Timesâ"/>
          <w:lang w:val="ru-RU"/>
        </w:rPr>
        <w:t xml:space="preserve">заявке, </w:t>
      </w:r>
      <w:r w:rsidR="00F25AAA" w:rsidRPr="004D3872">
        <w:rPr>
          <w:rFonts w:ascii="Timesâ" w:hAnsi="Timesâ"/>
          <w:lang w:val="ru-RU"/>
        </w:rPr>
        <w:t>является достоверной, полной и точной.</w:t>
      </w:r>
    </w:p>
    <w:p w14:paraId="3B859DA0" w14:textId="685CE753" w:rsidR="00F25AAA" w:rsidRPr="004D3872" w:rsidRDefault="00000000" w:rsidP="00F25AAA">
      <w:pPr>
        <w:rPr>
          <w:rFonts w:ascii="Timesâ" w:hAnsi="Timesâ" w:hint="eastAsia"/>
          <w:lang w:val="ru-RU"/>
        </w:rPr>
      </w:pPr>
      <w:sdt>
        <w:sdtPr>
          <w:rPr>
            <w:rFonts w:ascii="Timesâ" w:hAnsi="Timesâ"/>
            <w:lang w:val="ru-RU"/>
          </w:rPr>
          <w:id w:val="-1260526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4F5" w:rsidRPr="004D3872">
            <w:rPr>
              <w:rFonts w:ascii="MS Gothic" w:eastAsia="MS Gothic" w:hAnsi="MS Gothic"/>
              <w:lang w:val="ru-RU"/>
            </w:rPr>
            <w:t xml:space="preserve">☐ </w:t>
          </w:r>
        </w:sdtContent>
      </w:sdt>
      <w:r w:rsidR="00F25AAA" w:rsidRPr="004D3872">
        <w:rPr>
          <w:rFonts w:ascii="Timesâ" w:hAnsi="Timesâ"/>
          <w:lang w:val="ru-RU"/>
        </w:rPr>
        <w:t>Организация соответствует критериям отбора, указанным в объявлении о конкурсе.</w:t>
      </w:r>
    </w:p>
    <w:p w14:paraId="0FFCCE0E" w14:textId="24970219" w:rsidR="00F25AAA" w:rsidRPr="004D3872" w:rsidRDefault="00000000" w:rsidP="00F25AAA">
      <w:pPr>
        <w:rPr>
          <w:rFonts w:ascii="Timesâ" w:hAnsi="Timesâ" w:hint="eastAsia"/>
          <w:kern w:val="2"/>
          <w:szCs w:val="21"/>
          <w:lang w:val="ru-RU" w:eastAsia="ja-JP"/>
          <w14:ligatures w14:val="standardContextual"/>
        </w:rPr>
      </w:pPr>
      <w:sdt>
        <w:sdtPr>
          <w:rPr>
            <w:rFonts w:ascii="Timesâ" w:hAnsi="Timesâ"/>
            <w:lang w:val="ru-RU"/>
          </w:rPr>
          <w:id w:val="-280034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4F5" w:rsidRPr="004D3872">
            <w:rPr>
              <w:rFonts w:ascii="MS Gothic" w:eastAsia="MS Gothic" w:hAnsi="MS Gothic"/>
              <w:lang w:val="ru-RU"/>
            </w:rPr>
            <w:t xml:space="preserve">☐ </w:t>
          </w:r>
        </w:sdtContent>
      </w:sdt>
      <w:r w:rsidR="00F25AAA" w:rsidRPr="004D3872">
        <w:rPr>
          <w:rFonts w:ascii="Timesâ" w:hAnsi="Timesâ"/>
          <w:lang w:val="ru-RU"/>
        </w:rPr>
        <w:t>Организация обязуется обеспечить постоянное участие на протяжении все</w:t>
      </w:r>
      <w:r w:rsidR="008B057C" w:rsidRPr="004D3872">
        <w:rPr>
          <w:rFonts w:ascii="Timesâ" w:hAnsi="Timesâ"/>
          <w:lang w:val="ru-RU"/>
        </w:rPr>
        <w:t>й</w:t>
      </w:r>
      <w:r w:rsidR="00F25AAA" w:rsidRPr="004D3872">
        <w:rPr>
          <w:rFonts w:ascii="Timesâ" w:hAnsi="Timesâ"/>
          <w:lang w:val="ru-RU"/>
        </w:rPr>
        <w:t xml:space="preserve"> программы, в том числе в сессиях по подготовке полных проектных предложений.</w:t>
      </w:r>
    </w:p>
    <w:p w14:paraId="7079BB23" w14:textId="0135FE4B" w:rsidR="00F25AAA" w:rsidRPr="006E4ABA" w:rsidRDefault="00000000" w:rsidP="00F25AAA">
      <w:pPr>
        <w:rPr>
          <w:rFonts w:ascii="Timesâ" w:hAnsi="Timesâ" w:hint="eastAsia"/>
          <w:lang w:val="ru-RU"/>
        </w:rPr>
      </w:pPr>
      <w:sdt>
        <w:sdtPr>
          <w:rPr>
            <w:rFonts w:ascii="Timesâ" w:hAnsi="Timesâ"/>
            <w:lang w:val="ru-RU"/>
          </w:rPr>
          <w:id w:val="-1680501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4F5" w:rsidRPr="004D3872">
            <w:rPr>
              <w:rFonts w:ascii="MS Gothic" w:eastAsia="MS Gothic" w:hAnsi="MS Gothic"/>
              <w:lang w:val="ru-RU"/>
            </w:rPr>
            <w:t xml:space="preserve">☐ </w:t>
          </w:r>
        </w:sdtContent>
      </w:sdt>
      <w:r w:rsidR="00F25AAA" w:rsidRPr="004D3872">
        <w:rPr>
          <w:rFonts w:ascii="Timesâ" w:hAnsi="Timesâ"/>
          <w:lang w:val="ru-RU"/>
        </w:rPr>
        <w:t xml:space="preserve">Организация понимает, что данная заявка не является прямой заявкой на получение гранта, а представляет собой приглашение к участию в </w:t>
      </w:r>
      <w:r w:rsidR="00526F75" w:rsidRPr="004D3872">
        <w:rPr>
          <w:rFonts w:ascii="Timesâ" w:hAnsi="Timesâ"/>
          <w:lang w:val="ru-RU"/>
        </w:rPr>
        <w:t xml:space="preserve">конкурсе </w:t>
      </w:r>
      <w:r w:rsidR="00F25AAA" w:rsidRPr="004D3872">
        <w:rPr>
          <w:rFonts w:ascii="Timesâ" w:hAnsi="Timesâ"/>
          <w:lang w:val="ru-RU"/>
        </w:rPr>
        <w:t xml:space="preserve">на получение гранта </w:t>
      </w:r>
      <w:r w:rsidR="00526F75" w:rsidRPr="004D3872">
        <w:rPr>
          <w:rFonts w:ascii="Timesâ" w:hAnsi="Timesâ"/>
          <w:lang w:val="ru-RU"/>
        </w:rPr>
        <w:t xml:space="preserve">и </w:t>
      </w:r>
      <w:r w:rsidR="00F25AAA" w:rsidRPr="004D3872">
        <w:rPr>
          <w:rFonts w:ascii="Timesâ" w:hAnsi="Timesâ"/>
          <w:lang w:val="ru-RU"/>
        </w:rPr>
        <w:t xml:space="preserve">возможность пройти </w:t>
      </w:r>
      <w:r w:rsidR="001C1692" w:rsidRPr="004D3872">
        <w:rPr>
          <w:rFonts w:ascii="Timesâ" w:hAnsi="Timesâ"/>
          <w:lang w:val="ru-RU"/>
        </w:rPr>
        <w:t xml:space="preserve">предварительный отбор </w:t>
      </w:r>
      <w:r w:rsidR="00F25AAA" w:rsidRPr="004D3872">
        <w:rPr>
          <w:rFonts w:ascii="Timesâ" w:hAnsi="Timesâ"/>
          <w:lang w:val="ru-RU"/>
        </w:rPr>
        <w:t xml:space="preserve">для участия в последующем, ограниченном этапе подготовки </w:t>
      </w:r>
      <w:r w:rsidR="00526F75" w:rsidRPr="004D3872">
        <w:rPr>
          <w:rFonts w:ascii="Timesâ" w:hAnsi="Timesâ"/>
          <w:lang w:val="ru-RU"/>
        </w:rPr>
        <w:t xml:space="preserve">и реализации </w:t>
      </w:r>
      <w:r w:rsidR="00F25AAA" w:rsidRPr="004D3872">
        <w:rPr>
          <w:rFonts w:ascii="Timesâ" w:hAnsi="Timesâ"/>
          <w:lang w:val="ru-RU"/>
        </w:rPr>
        <w:t xml:space="preserve">проектного предложения по развитию </w:t>
      </w:r>
      <w:r w:rsidR="00132C0C" w:rsidRPr="004D3872">
        <w:rPr>
          <w:rFonts w:ascii="Timesâ" w:hAnsi="Timesâ"/>
          <w:lang w:val="ru-RU"/>
        </w:rPr>
        <w:t>общинных</w:t>
      </w:r>
      <w:r w:rsidR="00F25AAA" w:rsidRPr="004D3872">
        <w:rPr>
          <w:rFonts w:ascii="Timesâ" w:hAnsi="Timesâ"/>
          <w:lang w:val="ru-RU"/>
        </w:rPr>
        <w:t xml:space="preserve"> социальных услуг </w:t>
      </w:r>
      <w:r w:rsidR="002E0347" w:rsidRPr="004D3872">
        <w:rPr>
          <w:rFonts w:ascii="Timesâ" w:hAnsi="Timesâ"/>
          <w:lang w:val="ru-RU"/>
        </w:rPr>
        <w:t xml:space="preserve">для людей с </w:t>
      </w:r>
      <w:r w:rsidR="00BD0A3D">
        <w:rPr>
          <w:rFonts w:ascii="Timesâ" w:hAnsi="Timesâ"/>
          <w:lang w:val="ru-RU"/>
        </w:rPr>
        <w:t>ограниченными возможностями</w:t>
      </w:r>
      <w:r w:rsidR="00F25AAA" w:rsidRPr="004D3872">
        <w:rPr>
          <w:rFonts w:ascii="Timesâ" w:hAnsi="Timesâ"/>
          <w:lang w:val="ru-RU"/>
        </w:rPr>
        <w:t xml:space="preserve">, </w:t>
      </w:r>
      <w:r w:rsidR="00F60EF6" w:rsidRPr="00F60EF6">
        <w:rPr>
          <w:rFonts w:ascii="Timesâ" w:hAnsi="Timesâ"/>
          <w:lang w:val="ru-RU"/>
        </w:rPr>
        <w:t>деинституционализированных</w:t>
      </w:r>
      <w:r w:rsidR="006E4ABA">
        <w:rPr>
          <w:rFonts w:ascii="Timesâ" w:hAnsi="Timesâ"/>
          <w:lang w:val="ru-RU"/>
        </w:rPr>
        <w:t xml:space="preserve"> </w:t>
      </w:r>
      <w:r w:rsidR="006E4ABA" w:rsidRPr="006E4ABA">
        <w:rPr>
          <w:rFonts w:ascii="Timesâ" w:hAnsi="Timesâ"/>
          <w:lang w:val="ru-RU"/>
        </w:rPr>
        <w:t>из Центра временного размещения для лиц с ограниченными возможностями (взрослые) в ком. Бэдичень, Сорокского района</w:t>
      </w:r>
      <w:r w:rsidR="00F25AAA" w:rsidRPr="004D3872">
        <w:rPr>
          <w:rFonts w:ascii="Timesâ" w:hAnsi="Timesâ"/>
          <w:lang w:val="ru-RU"/>
        </w:rPr>
        <w:t>.</w:t>
      </w:r>
    </w:p>
    <w:p w14:paraId="090D1592" w14:textId="11A5A896" w:rsidR="00F25AAA" w:rsidRPr="004D3872" w:rsidRDefault="00000000" w:rsidP="00F25AAA">
      <w:pPr>
        <w:rPr>
          <w:rFonts w:ascii="Timesâ" w:hAnsi="Timesâ" w:hint="eastAsia"/>
          <w:lang w:val="ru-RU"/>
        </w:rPr>
      </w:pPr>
      <w:sdt>
        <w:sdtPr>
          <w:rPr>
            <w:rFonts w:ascii="Timesâ" w:hAnsi="Timesâ"/>
            <w:lang w:val="ru-RU"/>
          </w:rPr>
          <w:id w:val="505564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4F5" w:rsidRPr="004D3872">
            <w:rPr>
              <w:rFonts w:ascii="MS Gothic" w:eastAsia="MS Gothic" w:hAnsi="MS Gothic"/>
              <w:lang w:val="ru-RU"/>
            </w:rPr>
            <w:t xml:space="preserve">☐ </w:t>
          </w:r>
        </w:sdtContent>
      </w:sdt>
      <w:r w:rsidR="00F25AAA" w:rsidRPr="004D3872">
        <w:rPr>
          <w:rFonts w:ascii="Timesâ" w:hAnsi="Timesâ"/>
          <w:lang w:val="ru-RU"/>
        </w:rPr>
        <w:t>Организация выражает согласие на обработку персональных данных и организационных данных, предоставленных в настоящей заявке, в целях данного приглашения и процесса отбора.</w:t>
      </w:r>
    </w:p>
    <w:p w14:paraId="56012C39" w14:textId="2793154A" w:rsidR="00F25AAA" w:rsidRPr="004D3872" w:rsidRDefault="00000000" w:rsidP="00F25AAA">
      <w:pPr>
        <w:rPr>
          <w:rFonts w:ascii="Timesâ" w:hAnsi="Timesâ" w:hint="eastAsia"/>
          <w:kern w:val="2"/>
          <w:szCs w:val="21"/>
          <w:lang w:val="ru-RU" w:eastAsia="ja-JP"/>
          <w14:ligatures w14:val="standardContextual"/>
        </w:rPr>
      </w:pPr>
      <w:sdt>
        <w:sdtPr>
          <w:rPr>
            <w:rFonts w:ascii="Timesâ" w:hAnsi="Timesâ"/>
            <w:lang w:val="ru-RU"/>
          </w:rPr>
          <w:id w:val="1490666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4F5" w:rsidRPr="004D3872">
            <w:rPr>
              <w:rFonts w:ascii="MS Gothic" w:eastAsia="MS Gothic" w:hAnsi="MS Gothic"/>
              <w:lang w:val="ru-RU"/>
            </w:rPr>
            <w:t xml:space="preserve">☐ </w:t>
          </w:r>
        </w:sdtContent>
      </w:sdt>
      <w:r w:rsidR="00F25AAA" w:rsidRPr="004D3872">
        <w:rPr>
          <w:rFonts w:ascii="Timesâ" w:hAnsi="Timesâ"/>
          <w:lang w:val="ru-RU"/>
        </w:rPr>
        <w:t>Организация принимает условия конкурса и обязуется соблюдать ценности ЕС.</w:t>
      </w:r>
    </w:p>
    <w:p w14:paraId="5A22DD50" w14:textId="57CBA1C1" w:rsidR="00E97CB1" w:rsidRPr="004D3872" w:rsidRDefault="00E97CB1" w:rsidP="00135C56">
      <w:pPr>
        <w:rPr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A826D1" w:rsidRPr="004D3872" w14:paraId="72A4A57D" w14:textId="77777777" w:rsidTr="1D5CE823">
        <w:trPr>
          <w:trHeight w:val="659"/>
        </w:trPr>
        <w:tc>
          <w:tcPr>
            <w:tcW w:w="4873" w:type="dxa"/>
            <w:shd w:val="clear" w:color="auto" w:fill="C6D9F1" w:themeFill="text2" w:themeFillTint="33"/>
          </w:tcPr>
          <w:p w14:paraId="16522FC2" w14:textId="6AEF59B5" w:rsidR="00A826D1" w:rsidRPr="004D3872" w:rsidRDefault="00885B3E" w:rsidP="00135C56">
            <w:pPr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 xml:space="preserve">Фамилия/имя </w:t>
            </w:r>
            <w:r w:rsidR="008D722E" w:rsidRPr="004D3872">
              <w:rPr>
                <w:b/>
                <w:bCs/>
                <w:lang w:val="ru-RU"/>
              </w:rPr>
              <w:t>уполномоченного подписавшего лица</w:t>
            </w:r>
          </w:p>
        </w:tc>
        <w:tc>
          <w:tcPr>
            <w:tcW w:w="4873" w:type="dxa"/>
          </w:tcPr>
          <w:p w14:paraId="69FEE503" w14:textId="77777777" w:rsidR="00A826D1" w:rsidRPr="004D3872" w:rsidRDefault="00A826D1" w:rsidP="00135C56">
            <w:pPr>
              <w:rPr>
                <w:lang w:val="ru-RU"/>
              </w:rPr>
            </w:pPr>
          </w:p>
        </w:tc>
      </w:tr>
      <w:tr w:rsidR="00A826D1" w:rsidRPr="004D3872" w14:paraId="565ACC0D" w14:textId="77777777" w:rsidTr="1D5CE823">
        <w:trPr>
          <w:trHeight w:val="550"/>
        </w:trPr>
        <w:tc>
          <w:tcPr>
            <w:tcW w:w="4873" w:type="dxa"/>
            <w:shd w:val="clear" w:color="auto" w:fill="C6D9F1" w:themeFill="text2" w:themeFillTint="33"/>
          </w:tcPr>
          <w:p w14:paraId="316DA0DA" w14:textId="248EA3E4" w:rsidR="00A826D1" w:rsidRPr="004D3872" w:rsidRDefault="00885B3E" w:rsidP="00135C56">
            <w:pPr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Должность</w:t>
            </w:r>
          </w:p>
        </w:tc>
        <w:tc>
          <w:tcPr>
            <w:tcW w:w="4873" w:type="dxa"/>
          </w:tcPr>
          <w:p w14:paraId="55C08929" w14:textId="77777777" w:rsidR="00A826D1" w:rsidRPr="004D3872" w:rsidRDefault="00A826D1" w:rsidP="00135C56">
            <w:pPr>
              <w:rPr>
                <w:lang w:val="ru-RU"/>
              </w:rPr>
            </w:pPr>
          </w:p>
        </w:tc>
      </w:tr>
      <w:tr w:rsidR="00A826D1" w:rsidRPr="004D3872" w14:paraId="00E8B4C9" w14:textId="77777777" w:rsidTr="1D5CE823">
        <w:trPr>
          <w:trHeight w:val="703"/>
        </w:trPr>
        <w:tc>
          <w:tcPr>
            <w:tcW w:w="4873" w:type="dxa"/>
            <w:shd w:val="clear" w:color="auto" w:fill="C6D9F1" w:themeFill="text2" w:themeFillTint="33"/>
          </w:tcPr>
          <w:p w14:paraId="7452E69C" w14:textId="556A964E" w:rsidR="00A826D1" w:rsidRPr="004D3872" w:rsidRDefault="221BC4F3" w:rsidP="00135C56">
            <w:pPr>
              <w:rPr>
                <w:b/>
                <w:bCs/>
                <w:lang w:val="ru-RU"/>
              </w:rPr>
            </w:pPr>
            <w:r w:rsidRPr="004D3872">
              <w:rPr>
                <w:b/>
                <w:bCs/>
                <w:lang w:val="ru-RU"/>
              </w:rPr>
              <w:t>Дата</w:t>
            </w:r>
          </w:p>
        </w:tc>
        <w:tc>
          <w:tcPr>
            <w:tcW w:w="4873" w:type="dxa"/>
          </w:tcPr>
          <w:p w14:paraId="2B65F159" w14:textId="77777777" w:rsidR="00A826D1" w:rsidRPr="004D3872" w:rsidRDefault="00A826D1" w:rsidP="00135C56">
            <w:pPr>
              <w:rPr>
                <w:lang w:val="ru-RU"/>
              </w:rPr>
            </w:pPr>
          </w:p>
        </w:tc>
      </w:tr>
    </w:tbl>
    <w:p w14:paraId="778C3E44" w14:textId="77777777" w:rsidR="00A826D1" w:rsidRPr="004D3872" w:rsidRDefault="008D722E" w:rsidP="00135C56">
      <w:pPr>
        <w:rPr>
          <w:i/>
          <w:iCs/>
          <w:lang w:val="ru-RU"/>
        </w:rPr>
      </w:pPr>
      <w:r w:rsidRPr="004D3872">
        <w:rPr>
          <w:i/>
          <w:iCs/>
          <w:lang w:val="ru-RU"/>
        </w:rPr>
        <w:t>Конец формы заявки</w:t>
      </w:r>
    </w:p>
    <w:sectPr w:rsidR="00A826D1" w:rsidRPr="004D3872" w:rsidSect="00BC69F1">
      <w:pgSz w:w="12240" w:h="15840"/>
      <w:pgMar w:top="1134" w:right="1247" w:bottom="1134" w:left="1247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703B2" w14:textId="77777777" w:rsidR="00E00736" w:rsidRDefault="00E00736" w:rsidP="00135C56">
      <w:r>
        <w:separator/>
      </w:r>
    </w:p>
  </w:endnote>
  <w:endnote w:type="continuationSeparator" w:id="0">
    <w:p w14:paraId="345833CA" w14:textId="77777777" w:rsidR="00E00736" w:rsidRDefault="00E00736" w:rsidP="00135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â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1940630"/>
      <w:docPartObj>
        <w:docPartGallery w:val="Page Numbers (Bottom of Page)"/>
        <w:docPartUnique/>
      </w:docPartObj>
    </w:sdtPr>
    <w:sdtContent>
      <w:p w14:paraId="11EB57F8" w14:textId="6E078403" w:rsidR="002F14AC" w:rsidRDefault="00AD7516" w:rsidP="00676178">
        <w:pPr>
          <w:spacing w:after="0"/>
        </w:pPr>
        <w:r>
          <w:rPr>
            <w:b/>
            <w:sz w:val="18"/>
            <w:szCs w:val="18"/>
          </w:rPr>
          <w:t>GP26/EU490228</w:t>
        </w:r>
        <w:r w:rsidRPr="007F6EF1">
          <w:rPr>
            <w:b/>
            <w:sz w:val="18"/>
            <w:szCs w:val="18"/>
          </w:rPr>
          <w:tab/>
        </w:r>
        <w:r w:rsidR="00F121FC" w:rsidRPr="007F6EF1">
          <w:rPr>
            <w:b/>
            <w:sz w:val="18"/>
            <w:szCs w:val="18"/>
          </w:rPr>
          <w:tab/>
        </w:r>
        <w:r w:rsidR="00F121FC" w:rsidRPr="007F6EF1">
          <w:rPr>
            <w:b/>
            <w:sz w:val="18"/>
            <w:szCs w:val="18"/>
          </w:rPr>
          <w:tab/>
        </w:r>
        <w:r w:rsidR="00F121FC" w:rsidRPr="007F6EF1">
          <w:t xml:space="preserve"> </w:t>
        </w:r>
        <w:r w:rsidR="00F121FC" w:rsidRPr="007F6EF1">
          <w:tab/>
        </w:r>
        <w:r w:rsidR="00F121FC">
          <w:tab/>
        </w:r>
        <w:r w:rsidR="00F121FC" w:rsidRPr="007F6EF1">
          <w:tab/>
        </w:r>
        <w:r w:rsidR="00F121FC" w:rsidRPr="007F6EF1">
          <w:tab/>
        </w:r>
        <w:r w:rsidR="00F121FC" w:rsidRPr="007F6EF1">
          <w:tab/>
        </w:r>
        <w:r w:rsidR="00F121FC" w:rsidRPr="007F6EF1">
          <w:tab/>
        </w:r>
        <w:r w:rsidR="00F121FC" w:rsidRPr="007F6EF1">
          <w:tab/>
        </w:r>
        <w:r w:rsidR="00F121FC" w:rsidRPr="007F6EF1">
          <w:tab/>
          <w:t xml:space="preserve">Страница | </w:t>
        </w:r>
        <w:r w:rsidR="00F121FC" w:rsidRPr="007F6EF1">
          <w:fldChar w:fldCharType="begin"/>
        </w:r>
        <w:r w:rsidR="00F121FC" w:rsidRPr="007F6EF1">
          <w:instrText>PAGE   \* MERGEFORMAT</w:instrText>
        </w:r>
        <w:r w:rsidR="00F121FC" w:rsidRPr="007F6EF1">
          <w:fldChar w:fldCharType="separate"/>
        </w:r>
        <w:r w:rsidR="00F121FC">
          <w:t>1</w:t>
        </w:r>
        <w:r w:rsidR="00F121FC" w:rsidRPr="007F6EF1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E04E8" w14:textId="77777777" w:rsidR="00E00736" w:rsidRDefault="00E00736" w:rsidP="00135C56">
      <w:r>
        <w:separator/>
      </w:r>
    </w:p>
  </w:footnote>
  <w:footnote w:type="continuationSeparator" w:id="0">
    <w:p w14:paraId="3AB7B33A" w14:textId="77777777" w:rsidR="00E00736" w:rsidRDefault="00E00736" w:rsidP="00135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43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4"/>
      <w:gridCol w:w="2784"/>
      <w:gridCol w:w="194"/>
      <w:gridCol w:w="2641"/>
      <w:gridCol w:w="194"/>
      <w:gridCol w:w="2074"/>
      <w:gridCol w:w="194"/>
      <w:gridCol w:w="2074"/>
      <w:gridCol w:w="194"/>
    </w:tblGrid>
    <w:tr w:rsidR="007F4903" w:rsidRPr="007F6EF1" w14:paraId="152448D8" w14:textId="77777777" w:rsidTr="007F4903">
      <w:trPr>
        <w:gridBefore w:val="1"/>
        <w:wBefore w:w="194" w:type="dxa"/>
      </w:trPr>
      <w:tc>
        <w:tcPr>
          <w:tcW w:w="2978" w:type="dxa"/>
          <w:gridSpan w:val="2"/>
          <w:vAlign w:val="center"/>
        </w:tcPr>
        <w:p w14:paraId="669B0548" w14:textId="77777777" w:rsidR="007F4903" w:rsidRPr="007F6EF1" w:rsidRDefault="007F4903" w:rsidP="007F4903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2C0B34C7" wp14:editId="44F47382">
                <wp:extent cx="1630680" cy="476335"/>
                <wp:effectExtent l="0" t="0" r="0" b="0"/>
                <wp:docPr id="164686309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59480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9275" cy="4876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gridSpan w:val="2"/>
          <w:vAlign w:val="center"/>
        </w:tcPr>
        <w:p w14:paraId="64269716" w14:textId="77777777" w:rsidR="007F4903" w:rsidRPr="007F6EF1" w:rsidRDefault="007F4903" w:rsidP="007F4903">
          <w:pPr>
            <w:pStyle w:val="Header"/>
            <w:jc w:val="center"/>
          </w:pPr>
          <w:r w:rsidRPr="00127698">
            <w:rPr>
              <w:noProof/>
            </w:rPr>
            <w:drawing>
              <wp:inline distT="0" distB="0" distL="0" distR="0" wp14:anchorId="71002B6C" wp14:editId="2E8ECF56">
                <wp:extent cx="1625600" cy="578920"/>
                <wp:effectExtent l="0" t="0" r="0" b="0"/>
                <wp:docPr id="1992622501" name="Pictur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4C567D-1AAB-3540-CE8E-A12F24AD9F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7">
                          <a:extLst>
                            <a:ext uri="{FF2B5EF4-FFF2-40B4-BE49-F238E27FC236}">
                              <a16:creationId xmlns:a16="http://schemas.microsoft.com/office/drawing/2014/main" id="{044C567D-1AAB-3540-CE8E-A12F24AD9F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6390" cy="589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gridSpan w:val="2"/>
          <w:vAlign w:val="center"/>
        </w:tcPr>
        <w:p w14:paraId="377F1177" w14:textId="77777777" w:rsidR="007F4903" w:rsidRPr="007F6EF1" w:rsidRDefault="007F4903" w:rsidP="007F4903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37B4EEE2" wp14:editId="333D295F">
                <wp:extent cx="1293097" cy="320040"/>
                <wp:effectExtent l="0" t="0" r="2540" b="3810"/>
                <wp:docPr id="142434222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9485523" name="Picture 205948552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7788" cy="33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gridSpan w:val="2"/>
          <w:vAlign w:val="center"/>
        </w:tcPr>
        <w:p w14:paraId="20CDE058" w14:textId="77777777" w:rsidR="007F4903" w:rsidRPr="007F6EF1" w:rsidRDefault="007F4903" w:rsidP="007F4903">
          <w:pPr>
            <w:pStyle w:val="Header"/>
            <w:jc w:val="center"/>
          </w:pPr>
          <w:r w:rsidRPr="00127698">
            <w:rPr>
              <w:noProof/>
            </w:rPr>
            <w:drawing>
              <wp:inline distT="0" distB="0" distL="0" distR="0" wp14:anchorId="4C68F01C" wp14:editId="70D050C3">
                <wp:extent cx="804334" cy="524264"/>
                <wp:effectExtent l="0" t="0" r="0" b="9525"/>
                <wp:docPr id="933126710" name="Picture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26FB90-48E8-42F2-7523-C174D7B2E3B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cture 11">
                          <a:extLst>
                            <a:ext uri="{FF2B5EF4-FFF2-40B4-BE49-F238E27FC236}">
                              <a16:creationId xmlns:a16="http://schemas.microsoft.com/office/drawing/2014/main" id="{2426FB90-48E8-42F2-7523-C174D7B2E3B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188" cy="5326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37B7B" w14:paraId="55716217" w14:textId="77777777" w:rsidTr="007F4903">
      <w:trPr>
        <w:gridAfter w:val="1"/>
        <w:wAfter w:w="194" w:type="dxa"/>
      </w:trPr>
      <w:tc>
        <w:tcPr>
          <w:tcW w:w="2978" w:type="dxa"/>
          <w:gridSpan w:val="2"/>
          <w:vAlign w:val="center"/>
        </w:tcPr>
        <w:p w14:paraId="5CF5C6BC" w14:textId="6F68914E" w:rsidR="00037B7B" w:rsidRDefault="00037B7B" w:rsidP="00135C56">
          <w:pPr>
            <w:pStyle w:val="Header"/>
          </w:pPr>
        </w:p>
      </w:tc>
      <w:tc>
        <w:tcPr>
          <w:tcW w:w="2835" w:type="dxa"/>
          <w:gridSpan w:val="2"/>
          <w:vAlign w:val="center"/>
        </w:tcPr>
        <w:p w14:paraId="5BD60F69" w14:textId="759BA728" w:rsidR="00037B7B" w:rsidRDefault="00037B7B" w:rsidP="00135C56">
          <w:pPr>
            <w:pStyle w:val="Header"/>
          </w:pPr>
        </w:p>
      </w:tc>
      <w:tc>
        <w:tcPr>
          <w:tcW w:w="2268" w:type="dxa"/>
          <w:gridSpan w:val="2"/>
          <w:vAlign w:val="center"/>
        </w:tcPr>
        <w:p w14:paraId="3E1A0550" w14:textId="2E6F0EE8" w:rsidR="00037B7B" w:rsidRDefault="00037B7B" w:rsidP="00135C56">
          <w:pPr>
            <w:pStyle w:val="Header"/>
          </w:pPr>
        </w:p>
      </w:tc>
      <w:tc>
        <w:tcPr>
          <w:tcW w:w="2268" w:type="dxa"/>
          <w:gridSpan w:val="2"/>
          <w:vAlign w:val="center"/>
        </w:tcPr>
        <w:p w14:paraId="074AA38F" w14:textId="31413A87" w:rsidR="00037B7B" w:rsidRDefault="00037B7B" w:rsidP="00135C56">
          <w:pPr>
            <w:pStyle w:val="Header"/>
          </w:pPr>
        </w:p>
      </w:tc>
    </w:tr>
  </w:tbl>
  <w:p w14:paraId="10379ED9" w14:textId="1C3BA7E1" w:rsidR="00037B7B" w:rsidRDefault="00037B7B" w:rsidP="00135C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751550"/>
    <w:multiLevelType w:val="multilevel"/>
    <w:tmpl w:val="A5A096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994" w:hanging="57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483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0DB03DF2"/>
    <w:multiLevelType w:val="multilevel"/>
    <w:tmpl w:val="7EC242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C900223"/>
    <w:multiLevelType w:val="hybridMultilevel"/>
    <w:tmpl w:val="16727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809C1"/>
    <w:multiLevelType w:val="multilevel"/>
    <w:tmpl w:val="7EC242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6679FB"/>
    <w:multiLevelType w:val="multilevel"/>
    <w:tmpl w:val="7EC242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563D05"/>
    <w:multiLevelType w:val="multilevel"/>
    <w:tmpl w:val="B0C866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9E7620D"/>
    <w:multiLevelType w:val="multilevel"/>
    <w:tmpl w:val="1736AFB2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76643442">
    <w:abstractNumId w:val="8"/>
  </w:num>
  <w:num w:numId="2" w16cid:durableId="25255532">
    <w:abstractNumId w:val="6"/>
  </w:num>
  <w:num w:numId="3" w16cid:durableId="798649673">
    <w:abstractNumId w:val="5"/>
  </w:num>
  <w:num w:numId="4" w16cid:durableId="412973206">
    <w:abstractNumId w:val="4"/>
  </w:num>
  <w:num w:numId="5" w16cid:durableId="742987507">
    <w:abstractNumId w:val="7"/>
  </w:num>
  <w:num w:numId="6" w16cid:durableId="581140121">
    <w:abstractNumId w:val="3"/>
  </w:num>
  <w:num w:numId="7" w16cid:durableId="1451850497">
    <w:abstractNumId w:val="2"/>
  </w:num>
  <w:num w:numId="8" w16cid:durableId="1129279993">
    <w:abstractNumId w:val="1"/>
  </w:num>
  <w:num w:numId="9" w16cid:durableId="179247117">
    <w:abstractNumId w:val="0"/>
  </w:num>
  <w:num w:numId="10" w16cid:durableId="1769277626">
    <w:abstractNumId w:val="11"/>
  </w:num>
  <w:num w:numId="11" w16cid:durableId="1433472484">
    <w:abstractNumId w:val="10"/>
  </w:num>
  <w:num w:numId="12" w16cid:durableId="244412578">
    <w:abstractNumId w:val="13"/>
  </w:num>
  <w:num w:numId="13" w16cid:durableId="1117793867">
    <w:abstractNumId w:val="12"/>
  </w:num>
  <w:num w:numId="14" w16cid:durableId="1629438130">
    <w:abstractNumId w:val="14"/>
  </w:num>
  <w:num w:numId="15" w16cid:durableId="1774587993">
    <w:abstractNumId w:val="15"/>
  </w:num>
  <w:num w:numId="16" w16cid:durableId="58066599">
    <w:abstractNumId w:val="15"/>
  </w:num>
  <w:num w:numId="17" w16cid:durableId="597180113">
    <w:abstractNumId w:val="9"/>
  </w:num>
  <w:num w:numId="18" w16cid:durableId="1658418932">
    <w:abstractNumId w:val="15"/>
  </w:num>
  <w:num w:numId="19" w16cid:durableId="1120802735">
    <w:abstractNumId w:val="15"/>
  </w:num>
  <w:num w:numId="20" w16cid:durableId="173191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2B4"/>
    <w:rsid w:val="00006189"/>
    <w:rsid w:val="00020CFA"/>
    <w:rsid w:val="000232EF"/>
    <w:rsid w:val="00025216"/>
    <w:rsid w:val="00034616"/>
    <w:rsid w:val="00037039"/>
    <w:rsid w:val="00037B7B"/>
    <w:rsid w:val="00040518"/>
    <w:rsid w:val="0005300D"/>
    <w:rsid w:val="00055186"/>
    <w:rsid w:val="00056F24"/>
    <w:rsid w:val="0006063C"/>
    <w:rsid w:val="00063D3A"/>
    <w:rsid w:val="00065B1B"/>
    <w:rsid w:val="00070365"/>
    <w:rsid w:val="00076D05"/>
    <w:rsid w:val="000804EC"/>
    <w:rsid w:val="00086314"/>
    <w:rsid w:val="000A034F"/>
    <w:rsid w:val="000A6A21"/>
    <w:rsid w:val="000B3C9B"/>
    <w:rsid w:val="000C017E"/>
    <w:rsid w:val="000C0ED2"/>
    <w:rsid w:val="000D0204"/>
    <w:rsid w:val="000D25E6"/>
    <w:rsid w:val="000E117F"/>
    <w:rsid w:val="000E46AA"/>
    <w:rsid w:val="000F31DE"/>
    <w:rsid w:val="000F6987"/>
    <w:rsid w:val="00113B30"/>
    <w:rsid w:val="00116720"/>
    <w:rsid w:val="00122497"/>
    <w:rsid w:val="001245E9"/>
    <w:rsid w:val="00130196"/>
    <w:rsid w:val="001307D6"/>
    <w:rsid w:val="00130E2E"/>
    <w:rsid w:val="00132C0C"/>
    <w:rsid w:val="00135C56"/>
    <w:rsid w:val="00150740"/>
    <w:rsid w:val="0015074B"/>
    <w:rsid w:val="00151A39"/>
    <w:rsid w:val="001529D6"/>
    <w:rsid w:val="00161378"/>
    <w:rsid w:val="001617E2"/>
    <w:rsid w:val="00161D40"/>
    <w:rsid w:val="00171CD9"/>
    <w:rsid w:val="001731AC"/>
    <w:rsid w:val="00176FE4"/>
    <w:rsid w:val="001877C7"/>
    <w:rsid w:val="00194DAA"/>
    <w:rsid w:val="00195AF7"/>
    <w:rsid w:val="001A45AD"/>
    <w:rsid w:val="001A7280"/>
    <w:rsid w:val="001B78E3"/>
    <w:rsid w:val="001C1692"/>
    <w:rsid w:val="001C1F74"/>
    <w:rsid w:val="001C7B33"/>
    <w:rsid w:val="001E2DDE"/>
    <w:rsid w:val="001F1C5E"/>
    <w:rsid w:val="00202937"/>
    <w:rsid w:val="00204A04"/>
    <w:rsid w:val="00215A59"/>
    <w:rsid w:val="0023206E"/>
    <w:rsid w:val="0023698D"/>
    <w:rsid w:val="0024254B"/>
    <w:rsid w:val="002430D9"/>
    <w:rsid w:val="00246584"/>
    <w:rsid w:val="00263135"/>
    <w:rsid w:val="00263A73"/>
    <w:rsid w:val="00277A0A"/>
    <w:rsid w:val="002841B4"/>
    <w:rsid w:val="0029639D"/>
    <w:rsid w:val="002A6F14"/>
    <w:rsid w:val="002B2BAF"/>
    <w:rsid w:val="002B5129"/>
    <w:rsid w:val="002C1C09"/>
    <w:rsid w:val="002C7420"/>
    <w:rsid w:val="002D11FD"/>
    <w:rsid w:val="002D2865"/>
    <w:rsid w:val="002D3B18"/>
    <w:rsid w:val="002D794E"/>
    <w:rsid w:val="002E0347"/>
    <w:rsid w:val="002E33BA"/>
    <w:rsid w:val="002E43F8"/>
    <w:rsid w:val="002E5FB5"/>
    <w:rsid w:val="002E785A"/>
    <w:rsid w:val="002F14AC"/>
    <w:rsid w:val="002F18E7"/>
    <w:rsid w:val="002F755C"/>
    <w:rsid w:val="00304A4C"/>
    <w:rsid w:val="003056D5"/>
    <w:rsid w:val="00312FDE"/>
    <w:rsid w:val="00316238"/>
    <w:rsid w:val="00321C71"/>
    <w:rsid w:val="00321F47"/>
    <w:rsid w:val="003225CB"/>
    <w:rsid w:val="00323384"/>
    <w:rsid w:val="00326F90"/>
    <w:rsid w:val="003431FC"/>
    <w:rsid w:val="00344801"/>
    <w:rsid w:val="0035069E"/>
    <w:rsid w:val="00351893"/>
    <w:rsid w:val="003528CD"/>
    <w:rsid w:val="00353184"/>
    <w:rsid w:val="00370F2B"/>
    <w:rsid w:val="00371A4E"/>
    <w:rsid w:val="00372CD9"/>
    <w:rsid w:val="003756F6"/>
    <w:rsid w:val="00384A8C"/>
    <w:rsid w:val="00386A7D"/>
    <w:rsid w:val="00392F09"/>
    <w:rsid w:val="003967EE"/>
    <w:rsid w:val="003B0F5F"/>
    <w:rsid w:val="003B7F79"/>
    <w:rsid w:val="003C13DA"/>
    <w:rsid w:val="003C2621"/>
    <w:rsid w:val="003D089A"/>
    <w:rsid w:val="003D0DF1"/>
    <w:rsid w:val="003D1D04"/>
    <w:rsid w:val="003D58CF"/>
    <w:rsid w:val="003E7FC0"/>
    <w:rsid w:val="003F39CF"/>
    <w:rsid w:val="003F3E85"/>
    <w:rsid w:val="003F725C"/>
    <w:rsid w:val="004033C4"/>
    <w:rsid w:val="004049FF"/>
    <w:rsid w:val="004051BD"/>
    <w:rsid w:val="004115E2"/>
    <w:rsid w:val="0041201B"/>
    <w:rsid w:val="00417698"/>
    <w:rsid w:val="004244F5"/>
    <w:rsid w:val="00433954"/>
    <w:rsid w:val="004361FD"/>
    <w:rsid w:val="004379C1"/>
    <w:rsid w:val="00442D89"/>
    <w:rsid w:val="00443A5F"/>
    <w:rsid w:val="004450F1"/>
    <w:rsid w:val="0045298E"/>
    <w:rsid w:val="00460BED"/>
    <w:rsid w:val="0046740E"/>
    <w:rsid w:val="004A1E3C"/>
    <w:rsid w:val="004A3C1C"/>
    <w:rsid w:val="004A69DA"/>
    <w:rsid w:val="004A7F9F"/>
    <w:rsid w:val="004B5B74"/>
    <w:rsid w:val="004C5ACC"/>
    <w:rsid w:val="004C74DD"/>
    <w:rsid w:val="004D0B1B"/>
    <w:rsid w:val="004D3872"/>
    <w:rsid w:val="004D4259"/>
    <w:rsid w:val="004E1026"/>
    <w:rsid w:val="004E3618"/>
    <w:rsid w:val="004E685D"/>
    <w:rsid w:val="00524BDF"/>
    <w:rsid w:val="005251F5"/>
    <w:rsid w:val="00525DC3"/>
    <w:rsid w:val="00526F75"/>
    <w:rsid w:val="00533077"/>
    <w:rsid w:val="0053441A"/>
    <w:rsid w:val="00537ABE"/>
    <w:rsid w:val="00546A8A"/>
    <w:rsid w:val="00547A05"/>
    <w:rsid w:val="00551087"/>
    <w:rsid w:val="00567AFD"/>
    <w:rsid w:val="00581805"/>
    <w:rsid w:val="00583AE0"/>
    <w:rsid w:val="00587736"/>
    <w:rsid w:val="00592B0E"/>
    <w:rsid w:val="005A1FD2"/>
    <w:rsid w:val="005A2312"/>
    <w:rsid w:val="005A494D"/>
    <w:rsid w:val="005A5768"/>
    <w:rsid w:val="005A709B"/>
    <w:rsid w:val="005A7D4E"/>
    <w:rsid w:val="005B4959"/>
    <w:rsid w:val="005C1AAE"/>
    <w:rsid w:val="005D2981"/>
    <w:rsid w:val="005D7963"/>
    <w:rsid w:val="005E3015"/>
    <w:rsid w:val="005E6401"/>
    <w:rsid w:val="005E6964"/>
    <w:rsid w:val="005F416E"/>
    <w:rsid w:val="005F6F07"/>
    <w:rsid w:val="006066BD"/>
    <w:rsid w:val="0061144E"/>
    <w:rsid w:val="00612266"/>
    <w:rsid w:val="00612D67"/>
    <w:rsid w:val="006143BD"/>
    <w:rsid w:val="006218A1"/>
    <w:rsid w:val="00622712"/>
    <w:rsid w:val="006266B3"/>
    <w:rsid w:val="0063276C"/>
    <w:rsid w:val="00635ACC"/>
    <w:rsid w:val="00636E9F"/>
    <w:rsid w:val="00636ECF"/>
    <w:rsid w:val="00643A8C"/>
    <w:rsid w:val="006452B0"/>
    <w:rsid w:val="0065517C"/>
    <w:rsid w:val="00656C70"/>
    <w:rsid w:val="00676178"/>
    <w:rsid w:val="00692DA0"/>
    <w:rsid w:val="006958D2"/>
    <w:rsid w:val="00697367"/>
    <w:rsid w:val="006973BD"/>
    <w:rsid w:val="006A12CF"/>
    <w:rsid w:val="006A38A0"/>
    <w:rsid w:val="006A633A"/>
    <w:rsid w:val="006C0EE8"/>
    <w:rsid w:val="006C17A2"/>
    <w:rsid w:val="006C2447"/>
    <w:rsid w:val="006D2839"/>
    <w:rsid w:val="006D6DCA"/>
    <w:rsid w:val="006E2795"/>
    <w:rsid w:val="006E3E2A"/>
    <w:rsid w:val="006E4ABA"/>
    <w:rsid w:val="006E55A5"/>
    <w:rsid w:val="006E58F2"/>
    <w:rsid w:val="006E7034"/>
    <w:rsid w:val="006F75AD"/>
    <w:rsid w:val="007049C1"/>
    <w:rsid w:val="0071430F"/>
    <w:rsid w:val="00717BEC"/>
    <w:rsid w:val="00723CD6"/>
    <w:rsid w:val="0072430D"/>
    <w:rsid w:val="00724ABB"/>
    <w:rsid w:val="00724BB1"/>
    <w:rsid w:val="0074226C"/>
    <w:rsid w:val="00750655"/>
    <w:rsid w:val="007513F6"/>
    <w:rsid w:val="007521BC"/>
    <w:rsid w:val="0075422C"/>
    <w:rsid w:val="00771611"/>
    <w:rsid w:val="00771887"/>
    <w:rsid w:val="0077476B"/>
    <w:rsid w:val="00774AF1"/>
    <w:rsid w:val="0077743D"/>
    <w:rsid w:val="0078347E"/>
    <w:rsid w:val="00793D36"/>
    <w:rsid w:val="007C6654"/>
    <w:rsid w:val="007D1FDA"/>
    <w:rsid w:val="007D47D8"/>
    <w:rsid w:val="007D78FA"/>
    <w:rsid w:val="007E3F7E"/>
    <w:rsid w:val="007F4903"/>
    <w:rsid w:val="00800410"/>
    <w:rsid w:val="00827696"/>
    <w:rsid w:val="0083160E"/>
    <w:rsid w:val="00842DCB"/>
    <w:rsid w:val="00845BD7"/>
    <w:rsid w:val="008508DD"/>
    <w:rsid w:val="008576A3"/>
    <w:rsid w:val="008622CE"/>
    <w:rsid w:val="00872171"/>
    <w:rsid w:val="0087385D"/>
    <w:rsid w:val="00874DE7"/>
    <w:rsid w:val="00877F78"/>
    <w:rsid w:val="00880661"/>
    <w:rsid w:val="00882BD9"/>
    <w:rsid w:val="0088424C"/>
    <w:rsid w:val="00885B3E"/>
    <w:rsid w:val="00886976"/>
    <w:rsid w:val="0089587A"/>
    <w:rsid w:val="008A08CC"/>
    <w:rsid w:val="008A1F70"/>
    <w:rsid w:val="008B057C"/>
    <w:rsid w:val="008C10CD"/>
    <w:rsid w:val="008C3B6B"/>
    <w:rsid w:val="008D26F4"/>
    <w:rsid w:val="008D3FE3"/>
    <w:rsid w:val="008D722E"/>
    <w:rsid w:val="008E097C"/>
    <w:rsid w:val="008E2F8D"/>
    <w:rsid w:val="008E3742"/>
    <w:rsid w:val="009078FA"/>
    <w:rsid w:val="0091171C"/>
    <w:rsid w:val="0091417C"/>
    <w:rsid w:val="00923370"/>
    <w:rsid w:val="00926276"/>
    <w:rsid w:val="00930ABB"/>
    <w:rsid w:val="00932EE9"/>
    <w:rsid w:val="00933B86"/>
    <w:rsid w:val="00934958"/>
    <w:rsid w:val="00946F94"/>
    <w:rsid w:val="00951B81"/>
    <w:rsid w:val="009569C4"/>
    <w:rsid w:val="009624DE"/>
    <w:rsid w:val="00976BA8"/>
    <w:rsid w:val="00977603"/>
    <w:rsid w:val="00980DEB"/>
    <w:rsid w:val="00981DA2"/>
    <w:rsid w:val="0098444F"/>
    <w:rsid w:val="00984C38"/>
    <w:rsid w:val="0098623D"/>
    <w:rsid w:val="00987736"/>
    <w:rsid w:val="00993749"/>
    <w:rsid w:val="009B0F11"/>
    <w:rsid w:val="009C73B8"/>
    <w:rsid w:val="009E56CF"/>
    <w:rsid w:val="009E73DF"/>
    <w:rsid w:val="009F321B"/>
    <w:rsid w:val="00A05A1B"/>
    <w:rsid w:val="00A05EC5"/>
    <w:rsid w:val="00A117AD"/>
    <w:rsid w:val="00A15E4A"/>
    <w:rsid w:val="00A27F77"/>
    <w:rsid w:val="00A338E3"/>
    <w:rsid w:val="00A57C5B"/>
    <w:rsid w:val="00A61AE8"/>
    <w:rsid w:val="00A826D1"/>
    <w:rsid w:val="00A82B88"/>
    <w:rsid w:val="00A85EFD"/>
    <w:rsid w:val="00A94681"/>
    <w:rsid w:val="00A9778A"/>
    <w:rsid w:val="00AA1D8D"/>
    <w:rsid w:val="00AA3B0C"/>
    <w:rsid w:val="00AA6F84"/>
    <w:rsid w:val="00AA723D"/>
    <w:rsid w:val="00AD2429"/>
    <w:rsid w:val="00AD7516"/>
    <w:rsid w:val="00AE26DD"/>
    <w:rsid w:val="00AE7FDB"/>
    <w:rsid w:val="00AF38A2"/>
    <w:rsid w:val="00B0126B"/>
    <w:rsid w:val="00B04009"/>
    <w:rsid w:val="00B075DA"/>
    <w:rsid w:val="00B11457"/>
    <w:rsid w:val="00B12B95"/>
    <w:rsid w:val="00B17ABA"/>
    <w:rsid w:val="00B20614"/>
    <w:rsid w:val="00B26884"/>
    <w:rsid w:val="00B278D0"/>
    <w:rsid w:val="00B3053E"/>
    <w:rsid w:val="00B311A0"/>
    <w:rsid w:val="00B3673D"/>
    <w:rsid w:val="00B402EA"/>
    <w:rsid w:val="00B47730"/>
    <w:rsid w:val="00B47902"/>
    <w:rsid w:val="00B51C78"/>
    <w:rsid w:val="00B55D7A"/>
    <w:rsid w:val="00B726C3"/>
    <w:rsid w:val="00B72AB1"/>
    <w:rsid w:val="00B74858"/>
    <w:rsid w:val="00B846B4"/>
    <w:rsid w:val="00B9193E"/>
    <w:rsid w:val="00BA5272"/>
    <w:rsid w:val="00BA7742"/>
    <w:rsid w:val="00BB5F65"/>
    <w:rsid w:val="00BB6487"/>
    <w:rsid w:val="00BB761F"/>
    <w:rsid w:val="00BC1135"/>
    <w:rsid w:val="00BC1DA5"/>
    <w:rsid w:val="00BC69F1"/>
    <w:rsid w:val="00BD0A3D"/>
    <w:rsid w:val="00BD3D38"/>
    <w:rsid w:val="00BD77B7"/>
    <w:rsid w:val="00BF021B"/>
    <w:rsid w:val="00BF431B"/>
    <w:rsid w:val="00BF53E7"/>
    <w:rsid w:val="00BF7306"/>
    <w:rsid w:val="00C016E1"/>
    <w:rsid w:val="00C040F8"/>
    <w:rsid w:val="00C10C8E"/>
    <w:rsid w:val="00C134CB"/>
    <w:rsid w:val="00C2636C"/>
    <w:rsid w:val="00C27329"/>
    <w:rsid w:val="00C31D3E"/>
    <w:rsid w:val="00C33E4A"/>
    <w:rsid w:val="00C3712F"/>
    <w:rsid w:val="00C461DB"/>
    <w:rsid w:val="00C50693"/>
    <w:rsid w:val="00C545F9"/>
    <w:rsid w:val="00C55991"/>
    <w:rsid w:val="00C6104F"/>
    <w:rsid w:val="00C614D9"/>
    <w:rsid w:val="00C62875"/>
    <w:rsid w:val="00C67BED"/>
    <w:rsid w:val="00C72B9E"/>
    <w:rsid w:val="00C77D57"/>
    <w:rsid w:val="00C81D4B"/>
    <w:rsid w:val="00C91C89"/>
    <w:rsid w:val="00C9240F"/>
    <w:rsid w:val="00C938F1"/>
    <w:rsid w:val="00CA3518"/>
    <w:rsid w:val="00CA795D"/>
    <w:rsid w:val="00CB0664"/>
    <w:rsid w:val="00CC169A"/>
    <w:rsid w:val="00CD1084"/>
    <w:rsid w:val="00CD3323"/>
    <w:rsid w:val="00CD71B2"/>
    <w:rsid w:val="00CE1BC1"/>
    <w:rsid w:val="00CE509F"/>
    <w:rsid w:val="00CE5B22"/>
    <w:rsid w:val="00CF1B59"/>
    <w:rsid w:val="00D01967"/>
    <w:rsid w:val="00D05231"/>
    <w:rsid w:val="00D11BCE"/>
    <w:rsid w:val="00D12396"/>
    <w:rsid w:val="00D13D50"/>
    <w:rsid w:val="00D23C6C"/>
    <w:rsid w:val="00D27DFE"/>
    <w:rsid w:val="00D31658"/>
    <w:rsid w:val="00D3525F"/>
    <w:rsid w:val="00D36169"/>
    <w:rsid w:val="00D418CA"/>
    <w:rsid w:val="00D43417"/>
    <w:rsid w:val="00D5207F"/>
    <w:rsid w:val="00D53BDE"/>
    <w:rsid w:val="00D543C8"/>
    <w:rsid w:val="00D625AD"/>
    <w:rsid w:val="00D6652C"/>
    <w:rsid w:val="00D73B40"/>
    <w:rsid w:val="00D776F0"/>
    <w:rsid w:val="00D8189A"/>
    <w:rsid w:val="00D83B07"/>
    <w:rsid w:val="00D92E88"/>
    <w:rsid w:val="00DA6DE4"/>
    <w:rsid w:val="00DB2B28"/>
    <w:rsid w:val="00DB702F"/>
    <w:rsid w:val="00DC0BB3"/>
    <w:rsid w:val="00DD5A0F"/>
    <w:rsid w:val="00DD5C97"/>
    <w:rsid w:val="00DE2538"/>
    <w:rsid w:val="00DE4C4B"/>
    <w:rsid w:val="00DF18FA"/>
    <w:rsid w:val="00DF262E"/>
    <w:rsid w:val="00E00736"/>
    <w:rsid w:val="00E47D0F"/>
    <w:rsid w:val="00E50B37"/>
    <w:rsid w:val="00E5149F"/>
    <w:rsid w:val="00E562F8"/>
    <w:rsid w:val="00E570D5"/>
    <w:rsid w:val="00E660DD"/>
    <w:rsid w:val="00E663C8"/>
    <w:rsid w:val="00E66D0F"/>
    <w:rsid w:val="00E7082A"/>
    <w:rsid w:val="00E716B1"/>
    <w:rsid w:val="00E9279A"/>
    <w:rsid w:val="00E95EFA"/>
    <w:rsid w:val="00E97CB1"/>
    <w:rsid w:val="00EA0935"/>
    <w:rsid w:val="00EA470B"/>
    <w:rsid w:val="00EA4D9F"/>
    <w:rsid w:val="00EB7DE0"/>
    <w:rsid w:val="00EE5630"/>
    <w:rsid w:val="00F0436D"/>
    <w:rsid w:val="00F04D6F"/>
    <w:rsid w:val="00F120E5"/>
    <w:rsid w:val="00F121FC"/>
    <w:rsid w:val="00F25AAA"/>
    <w:rsid w:val="00F33414"/>
    <w:rsid w:val="00F3424C"/>
    <w:rsid w:val="00F35976"/>
    <w:rsid w:val="00F3731C"/>
    <w:rsid w:val="00F412F5"/>
    <w:rsid w:val="00F42A7C"/>
    <w:rsid w:val="00F43A2B"/>
    <w:rsid w:val="00F451F0"/>
    <w:rsid w:val="00F4674E"/>
    <w:rsid w:val="00F4729F"/>
    <w:rsid w:val="00F561B6"/>
    <w:rsid w:val="00F60EF6"/>
    <w:rsid w:val="00F6246C"/>
    <w:rsid w:val="00F6405F"/>
    <w:rsid w:val="00F71DC8"/>
    <w:rsid w:val="00F7474F"/>
    <w:rsid w:val="00F83FAB"/>
    <w:rsid w:val="00F9395A"/>
    <w:rsid w:val="00FA0BEC"/>
    <w:rsid w:val="00FA494B"/>
    <w:rsid w:val="00FB2579"/>
    <w:rsid w:val="00FC693F"/>
    <w:rsid w:val="00FC75B1"/>
    <w:rsid w:val="00FF05AC"/>
    <w:rsid w:val="00FF0963"/>
    <w:rsid w:val="00FF19AB"/>
    <w:rsid w:val="00FF22FB"/>
    <w:rsid w:val="00FF477D"/>
    <w:rsid w:val="054E6660"/>
    <w:rsid w:val="0C9FAAFF"/>
    <w:rsid w:val="0CE6186F"/>
    <w:rsid w:val="0D19629A"/>
    <w:rsid w:val="0D1CE9B5"/>
    <w:rsid w:val="1080D1F0"/>
    <w:rsid w:val="14806DF8"/>
    <w:rsid w:val="16D6149E"/>
    <w:rsid w:val="1D5CE823"/>
    <w:rsid w:val="1F6704B5"/>
    <w:rsid w:val="1FD6B3DB"/>
    <w:rsid w:val="20F2D84A"/>
    <w:rsid w:val="21BCB74A"/>
    <w:rsid w:val="221BC4F3"/>
    <w:rsid w:val="24A78D64"/>
    <w:rsid w:val="2BD23FE7"/>
    <w:rsid w:val="3312BFD1"/>
    <w:rsid w:val="338BB87F"/>
    <w:rsid w:val="3EC1BBE6"/>
    <w:rsid w:val="48016BDF"/>
    <w:rsid w:val="4C11963F"/>
    <w:rsid w:val="4EA265B2"/>
    <w:rsid w:val="54D27D1A"/>
    <w:rsid w:val="579DDAE5"/>
    <w:rsid w:val="581F4FD2"/>
    <w:rsid w:val="5857B2F5"/>
    <w:rsid w:val="5AB9F4D2"/>
    <w:rsid w:val="5C3FA938"/>
    <w:rsid w:val="60E2B085"/>
    <w:rsid w:val="614B5D38"/>
    <w:rsid w:val="64CD484A"/>
    <w:rsid w:val="66FFF300"/>
    <w:rsid w:val="685A88B8"/>
    <w:rsid w:val="691A7188"/>
    <w:rsid w:val="6B7A31B0"/>
    <w:rsid w:val="6CB16AC1"/>
    <w:rsid w:val="731F1E8B"/>
    <w:rsid w:val="751A39CE"/>
    <w:rsid w:val="7876011F"/>
    <w:rsid w:val="7C81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C56"/>
    <w:pPr>
      <w:jc w:val="both"/>
    </w:pPr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ECF"/>
    <w:pPr>
      <w:keepNext/>
      <w:keepLines/>
      <w:numPr>
        <w:numId w:val="15"/>
      </w:numPr>
      <w:spacing w:before="480" w:after="0"/>
      <w:outlineLvl w:val="0"/>
    </w:pPr>
    <w:rPr>
      <w:rFonts w:eastAsiaTheme="majorEastAsia" w:cs="Arial"/>
      <w:b/>
      <w:bCs/>
      <w:caps/>
      <w:color w:val="114166"/>
      <w:sz w:val="26"/>
      <w:szCs w:val="28"/>
      <w:lang w:val="en-GB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53441A"/>
    <w:pPr>
      <w:numPr>
        <w:ilvl w:val="1"/>
        <w:numId w:val="15"/>
      </w:numPr>
      <w:outlineLvl w:val="1"/>
    </w:pPr>
    <w:rPr>
      <w:rFonts w:cs="Arial"/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36ECF"/>
    <w:rPr>
      <w:rFonts w:ascii="Arial" w:eastAsiaTheme="majorEastAsia" w:hAnsi="Arial" w:cs="Arial"/>
      <w:b/>
      <w:bCs/>
      <w:caps/>
      <w:color w:val="114166"/>
      <w:sz w:val="26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3441A"/>
    <w:rPr>
      <w:rFonts w:ascii="Arial" w:hAnsi="Arial" w:cs="Arial"/>
      <w:i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Bullet,Bullet List,FooterText,List Paragraph1,Dot pt,F5 List Paragraph,List Paragraph Char Char Char,Indicator Text,Colorful List - Accent 11,Numbered Para 1,Bullet 1,Bullet Points,List Paragraph2,MAIN CONTENT,Normal numbered,No Spacing1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C73B8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9C73B8"/>
    <w:pPr>
      <w:spacing w:line="240" w:lineRule="auto"/>
    </w:pPr>
    <w:rPr>
      <w:rFonts w:ascii="Calibri" w:hAnsi="Calibri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9C73B8"/>
    <w:rPr>
      <w:rFonts w:ascii="Calibri" w:hAnsi="Calibri" w:cs="Times New Roman"/>
      <w:sz w:val="20"/>
      <w:szCs w:val="20"/>
      <w:lang w:val="ro"/>
    </w:rPr>
  </w:style>
  <w:style w:type="paragraph" w:styleId="CommentText">
    <w:name w:val="annotation text"/>
    <w:basedOn w:val="Normal"/>
    <w:link w:val="CommentTextChar1"/>
    <w:uiPriority w:val="99"/>
    <w:unhideWhenUsed/>
    <w:rsid w:val="009C73B8"/>
    <w:pPr>
      <w:spacing w:line="240" w:lineRule="auto"/>
    </w:pPr>
  </w:style>
  <w:style w:type="character" w:customStyle="1" w:styleId="CommentTextChar1">
    <w:name w:val="Comment Text Char1"/>
    <w:basedOn w:val="DefaultParagraphFont"/>
    <w:link w:val="CommentText"/>
    <w:uiPriority w:val="99"/>
    <w:rsid w:val="009C73B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D0F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E47D0F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2F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F09"/>
    <w:rPr>
      <w:color w:val="605E5C"/>
      <w:shd w:val="clear" w:color="auto" w:fill="E1DFDD"/>
    </w:rPr>
  </w:style>
  <w:style w:type="paragraph" w:styleId="FootnoteText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"/>
    <w:basedOn w:val="Normal"/>
    <w:link w:val="FootnoteTextChar1"/>
    <w:autoRedefine/>
    <w:uiPriority w:val="99"/>
    <w:qFormat/>
    <w:rsid w:val="00A05EC5"/>
    <w:pPr>
      <w:widowControl w:val="0"/>
      <w:tabs>
        <w:tab w:val="left" w:pos="284"/>
      </w:tabs>
      <w:spacing w:after="0" w:line="240" w:lineRule="auto"/>
      <w:ind w:left="142" w:hanging="142"/>
    </w:pPr>
    <w:rPr>
      <w:rFonts w:eastAsia="Calibri"/>
      <w:lang w:val="en-GB"/>
    </w:rPr>
  </w:style>
  <w:style w:type="character" w:customStyle="1" w:styleId="FootnoteTextChar">
    <w:name w:val="Footnote Text Char"/>
    <w:basedOn w:val="DefaultParagraphFont"/>
    <w:uiPriority w:val="99"/>
    <w:semiHidden/>
    <w:rsid w:val="00A05EC5"/>
    <w:rPr>
      <w:rFonts w:ascii="Arial" w:hAnsi="Arial"/>
      <w:sz w:val="20"/>
      <w:szCs w:val="20"/>
    </w:rPr>
  </w:style>
  <w:style w:type="character" w:styleId="FootnoteReference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,FR,FR1,note T"/>
    <w:link w:val="Char2"/>
    <w:uiPriority w:val="99"/>
    <w:qFormat/>
    <w:rsid w:val="00A05EC5"/>
    <w:rPr>
      <w:rFonts w:ascii="Times New Roman" w:hAnsi="Times New Roman"/>
      <w:szCs w:val="16"/>
      <w:vertAlign w:val="superscript"/>
      <w:lang w:val="en-US"/>
    </w:rPr>
  </w:style>
  <w:style w:type="paragraph" w:customStyle="1" w:styleId="Char2">
    <w:name w:val="Char2"/>
    <w:basedOn w:val="Normal"/>
    <w:link w:val="FootnoteReference"/>
    <w:uiPriority w:val="99"/>
    <w:rsid w:val="00A05EC5"/>
    <w:pPr>
      <w:spacing w:after="160" w:line="240" w:lineRule="exact"/>
    </w:pPr>
    <w:rPr>
      <w:sz w:val="22"/>
      <w:szCs w:val="16"/>
      <w:vertAlign w:val="superscript"/>
      <w:lang w:val="en-US"/>
    </w:rPr>
  </w:style>
  <w:style w:type="character" w:customStyle="1" w:styleId="FootnoteTextChar1">
    <w:name w:val="Footnote Text Char1"/>
    <w:aliases w:val="Schriftart: 9 pt Char,Schriftart: 10 pt Char,Schriftart: 8 pt Char,WB-Fußnotentext Char,FoodNote Char,ft Char,Footnote Char,Footnote Text Char Char Char,Footnote Text Char1 Char Char Char,Footnote Text Char Char Char Char Char,f Char"/>
    <w:link w:val="FootnoteText"/>
    <w:uiPriority w:val="99"/>
    <w:rsid w:val="00A05EC5"/>
    <w:rPr>
      <w:rFonts w:ascii="Times New Roman" w:eastAsia="Calibri" w:hAnsi="Times New Roman" w:cs="Times New Roman"/>
      <w:sz w:val="20"/>
      <w:szCs w:val="20"/>
      <w:lang w:val="en-GB"/>
    </w:rPr>
  </w:style>
  <w:style w:type="character" w:customStyle="1" w:styleId="ListParagraphChar">
    <w:name w:val="List Paragraph Char"/>
    <w:aliases w:val="Bullet Char,Bullet List Char,FooterText Char,List Paragraph1 Char,Dot pt Char,F5 List Paragraph Char,List Paragraph Char Char Char Char,Indicator Text Char,Colorful List - Accent 11 Char,Numbered Para 1 Char,Bullet 1 Char"/>
    <w:link w:val="ListParagraph"/>
    <w:uiPriority w:val="34"/>
    <w:qFormat/>
    <w:rsid w:val="00C3712F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ListParagraph"/>
    <w:qFormat/>
    <w:rsid w:val="00C3712F"/>
    <w:pPr>
      <w:shd w:val="clear" w:color="auto" w:fill="FFFFFF"/>
      <w:tabs>
        <w:tab w:val="left" w:pos="1134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1800" w:hanging="360"/>
      <w:contextualSpacing w:val="0"/>
    </w:pPr>
    <w:rPr>
      <w:rFonts w:eastAsiaTheme="minorHAnsi"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697367"/>
    <w:pPr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1044</Words>
  <Characters>6886</Characters>
  <Application>Microsoft Office Word</Application>
  <DocSecurity>0</DocSecurity>
  <Lines>245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2026-10-13T13:35:00Z</dcterms:created>
  <dcterms:modified xsi:type="dcterms:W3CDTF">2026-10-13T13:35:00Z</dcterms:modified>
  <cp:category/>
</cp:coreProperties>
</file>